
<file path=[Content_Types].xml><?xml version="1.0" encoding="utf-8"?>
<Types xmlns="http://schemas.openxmlformats.org/package/2006/content-types">
  <Default Extension="fntdata" ContentType="application/x-fontdata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header3.xml" ContentType="application/vnd.openxmlformats-officedocument.wordprocessingml.header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docProps/custom.xml" ContentType="application/vnd.openxmlformats-officedocument.custom-properties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tbl>
      <w:tblPr>
        <w:tblW w:w="10944" w:type="dxa"/>
        <w:jc w:val="center"/>
        <w:tblInd w:w="0" w:type="dxa"/>
        <w:tblLayout w:type="fixed"/>
        <w:tblCellMar>
          <w:top w:w="40" w:type="dxa"/>
          <w:start w:w="60" w:type="dxa"/>
          <w:bottom w:w="40" w:type="dxa"/>
          <w:end w:w="60" w:type="dxa"/>
        </w:tblCellMar>
        <w:tblLook w:val="04a0" w:firstRow="1" w:noVBand="1" w:lastRow="0" w:firstColumn="1" w:lastColumn="0" w:noHBand="0"/>
      </w:tblPr>
      <w:tblGrid>
        <w:gridCol w:w="3648"/>
        <w:gridCol w:w="3785"/>
        <w:gridCol w:w="3511"/>
      </w:tblGrid>
      <w:tr>
        <w:trPr/>
        <w:tc>
          <w:tcPr>
            <w:tcW w:w="3648" w:type="dxa"/>
            <w:tcBorders>
              <w:top w:val="single" w:sz="4" w:space="0" w:color="888888"/>
              <w:start w:val="single" w:sz="4" w:space="0" w:color="888888"/>
              <w:bottom w:val="single" w:sz="4" w:space="0" w:color="888888"/>
              <w:end w:val="single" w:sz="4" w:space="0" w:color="888888"/>
            </w:tcBorders>
          </w:tcPr>
          <w:p>
            <w:pPr>
              <w:pStyle w:val="Normal"/>
              <w:spacing w:before="0" w:after="40"/>
              <w:rPr/>
            </w:pPr>
            <w:r>
              <w:rPr>
                <w:rFonts w:ascii="Arial" w:hAnsi="Arial"/>
                <w:sz w:val="17"/>
              </w:rPr>
              <w:t>Județul: ....................................................</w:t>
              <w:br/>
              <w:t>Autoritatea administrației publice: ............</w:t>
              <w:br/>
              <w:t>Adresa oficială: sediul / telefon / e-mail: .......</w:t>
              <w:br/>
              <w:t>CIF: .........................................................</w:t>
            </w:r>
          </w:p>
        </w:tc>
        <w:tc>
          <w:tcPr>
            <w:tcW w:w="3785" w:type="dxa"/>
            <w:tcBorders>
              <w:top w:val="single" w:sz="4" w:space="0" w:color="888888"/>
              <w:start w:val="single" w:sz="4" w:space="0" w:color="888888"/>
              <w:bottom w:val="single" w:sz="4" w:space="0" w:color="888888"/>
              <w:end w:val="single" w:sz="4" w:space="0" w:color="888888"/>
            </w:tcBorders>
          </w:tcPr>
          <w:p>
            <w:pPr>
              <w:pStyle w:val="BodyText"/>
              <w:widowControl/>
              <w:tabs>
                <w:tab w:val="clear" w:pos="720"/>
                <w:tab w:val="left" w:pos="4180" w:leader="none"/>
                <w:tab w:val="left" w:pos="7580" w:leader="none"/>
                <w:tab w:val="left" w:pos="10241" w:leader="none"/>
              </w:tabs>
              <w:suppressAutoHyphens w:val="true"/>
              <w:bidi w:val="0"/>
              <w:spacing w:lineRule="auto" w:line="276" w:before="0" w:after="0"/>
              <w:ind w:hanging="227" w:start="227" w:end="170"/>
              <w:jc w:val="center"/>
              <w:rPr>
                <w:rFonts w:cs="Times New Roman"/>
                <w:b/>
                <w:bCs/>
                <w:sz w:val="18"/>
                <w:szCs w:val="18"/>
              </w:rPr>
            </w:pPr>
            <w:r>
              <w:rPr>
                <w:rFonts w:cs="Times New Roman"/>
                <w:b/>
                <w:bCs/>
                <w:sz w:val="18"/>
                <w:szCs w:val="18"/>
              </w:rPr>
              <w:t>Conform Legii nr.9 din04.01.2023:</w:t>
            </w:r>
          </w:p>
          <w:p>
            <w:pPr>
              <w:pStyle w:val="BodyText"/>
              <w:widowControl/>
              <w:tabs>
                <w:tab w:val="clear" w:pos="720"/>
                <w:tab w:val="left" w:pos="4180" w:leader="none"/>
                <w:tab w:val="left" w:pos="7580" w:leader="none"/>
                <w:tab w:val="left" w:pos="10241" w:leader="none"/>
              </w:tabs>
              <w:suppressAutoHyphens w:val="true"/>
              <w:bidi w:val="0"/>
              <w:spacing w:lineRule="auto" w:line="276" w:before="0" w:after="0"/>
              <w:ind w:hanging="227" w:start="227" w:end="170"/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sz w:val="18"/>
                <w:szCs w:val="18"/>
              </w:rPr>
              <w:t>Durata de completare a formularului: 5 min.</w:t>
            </w:r>
          </w:p>
        </w:tc>
        <w:tc>
          <w:tcPr>
            <w:tcW w:w="3511" w:type="dxa"/>
            <w:tcBorders>
              <w:top w:val="single" w:sz="4" w:space="0" w:color="888888"/>
              <w:start w:val="single" w:sz="4" w:space="0" w:color="888888"/>
              <w:bottom w:val="single" w:sz="4" w:space="0" w:color="888888"/>
              <w:end w:val="single" w:sz="4" w:space="0" w:color="888888"/>
            </w:tcBorders>
          </w:tcPr>
          <w:p>
            <w:pPr>
              <w:pStyle w:val="Normal"/>
              <w:widowControl/>
              <w:bidi w:val="0"/>
              <w:spacing w:lineRule="auto" w:line="276" w:before="0" w:after="200"/>
              <w:jc w:val="start"/>
              <w:rPr/>
            </w:pPr>
            <w:r>
              <w:rPr>
                <w:i/>
                <w:sz w:val="16"/>
              </w:rPr>
              <w:t>Număr de înregistrare: .....................</w:t>
              <w:br/>
              <w:t>Data: ...................................................</w:t>
              <w:br/>
              <w:t>(se completează de autoritate)</w:t>
            </w:r>
          </w:p>
        </w:tc>
      </w:tr>
      <w:tr>
        <w:trPr/>
        <w:tc>
          <w:tcPr>
            <w:tcW w:w="10944" w:type="dxa"/>
            <w:gridSpan w:val="3"/>
            <w:tcBorders>
              <w:top w:val="single" w:sz="4" w:space="0" w:color="888888"/>
              <w:start w:val="single" w:sz="4" w:space="0" w:color="888888"/>
              <w:bottom w:val="single" w:sz="4" w:space="0" w:color="888888"/>
              <w:end w:val="single" w:sz="4" w:space="0" w:color="888888"/>
            </w:tcBorders>
            <w:shd w:fill="F0F0F0" w:val="clear"/>
          </w:tcPr>
          <w:p>
            <w:pPr>
              <w:pStyle w:val="Normal"/>
              <w:spacing w:before="0" w:after="200"/>
              <w:jc w:val="center"/>
              <w:rPr/>
            </w:pPr>
            <w:r>
              <w:rPr>
                <w:b/>
                <w:sz w:val="21"/>
              </w:rPr>
              <w:t>DECLARAȚIE PE PROPRIA RĂSPUNDERE PRIVIND PROCEDURA APROBĂRII TACITE</w:t>
            </w:r>
          </w:p>
        </w:tc>
      </w:tr>
    </w:tbl>
    <w:p>
      <w:pPr>
        <w:pStyle w:val="Normal"/>
        <w:spacing w:before="0" w:after="0"/>
        <w:rPr/>
      </w:pPr>
      <w:r>
        <w:rPr/>
      </w:r>
    </w:p>
    <w:p>
      <w:pPr>
        <w:pStyle w:val="Normal"/>
        <w:spacing w:before="0" w:after="0"/>
        <w:rPr/>
      </w:pPr>
      <w:r>
        <w:rPr>
          <w:i/>
        </w:rPr>
        <w:t>conform prevederilor art. 93 alin. (4), art. 262 alin. (1) lit. m) și art. 269 alin. (16) din Legea nr. 169/2026</w:t>
      </w:r>
    </w:p>
    <w:p>
      <w:pPr>
        <w:pStyle w:val="Normal"/>
        <w:spacing w:before="0" w:after="0"/>
        <w:rPr/>
      </w:pPr>
      <w:r>
        <w:rPr>
          <w:b/>
        </w:rPr>
        <w:t>2. SOLICITANTUL</w:t>
      </w:r>
    </w:p>
    <w:tbl>
      <w:tblPr>
        <w:tblW w:w="10944" w:type="dxa"/>
        <w:jc w:val="center"/>
        <w:tblInd w:w="0" w:type="dxa"/>
        <w:tblLayout w:type="fixed"/>
        <w:tblCellMar>
          <w:top w:w="30" w:type="dxa"/>
          <w:start w:w="50" w:type="dxa"/>
          <w:bottom w:w="30" w:type="dxa"/>
          <w:end w:w="50" w:type="dxa"/>
        </w:tblCellMar>
        <w:tblLook w:val="04a0" w:firstRow="1" w:noVBand="1" w:lastRow="0" w:firstColumn="1" w:lastColumn="0" w:noHBand="0"/>
      </w:tblPr>
      <w:tblGrid>
        <w:gridCol w:w="5472"/>
        <w:gridCol w:w="5472"/>
      </w:tblGrid>
      <w:tr>
        <w:trPr/>
        <w:tc>
          <w:tcPr>
            <w:tcW w:w="5472" w:type="dxa"/>
            <w:tcBorders>
              <w:top w:val="single" w:sz="4" w:space="0" w:color="CCCCCC"/>
              <w:start w:val="single" w:sz="4" w:space="0" w:color="CCCCCC"/>
              <w:bottom w:val="single" w:sz="4" w:space="0" w:color="CCCCCC"/>
              <w:end w:val="single" w:sz="4" w:space="0" w:color="CCCCCC"/>
            </w:tcBorders>
          </w:tcPr>
          <w:p>
            <w:pPr>
              <w:pStyle w:val="Normal"/>
              <w:widowControl/>
              <w:bidi w:val="0"/>
              <w:spacing w:lineRule="auto" w:line="276" w:before="0" w:after="200"/>
              <w:jc w:val="start"/>
              <w:rPr/>
            </w:pPr>
            <w:r>
              <w:rPr>
                <w:sz w:val="17"/>
              </w:rPr>
              <w:t>Nume și prenume:</w:t>
            </w:r>
          </w:p>
        </w:tc>
        <w:tc>
          <w:tcPr>
            <w:tcW w:w="5472" w:type="dxa"/>
            <w:tcBorders>
              <w:top w:val="single" w:sz="4" w:space="0" w:color="CCCCCC"/>
              <w:start w:val="single" w:sz="4" w:space="0" w:color="CCCCCC"/>
              <w:bottom w:val="single" w:sz="4" w:space="0" w:color="CCCCCC"/>
              <w:end w:val="single" w:sz="4" w:space="0" w:color="CCCCCC"/>
            </w:tcBorders>
          </w:tcPr>
          <w:p>
            <w:pPr>
              <w:pStyle w:val="Normal"/>
              <w:widowControl/>
              <w:bidi w:val="0"/>
              <w:spacing w:lineRule="auto" w:line="276" w:before="0" w:after="200"/>
              <w:jc w:val="start"/>
              <w:rPr/>
            </w:pPr>
            <w:r>
              <w:rPr>
                <w:sz w:val="17"/>
              </w:rPr>
              <w:t>CNP:</w:t>
            </w:r>
          </w:p>
        </w:tc>
      </w:tr>
      <w:tr>
        <w:trPr/>
        <w:tc>
          <w:tcPr>
            <w:tcW w:w="5472" w:type="dxa"/>
            <w:tcBorders>
              <w:top w:val="single" w:sz="4" w:space="0" w:color="CCCCCC"/>
              <w:start w:val="single" w:sz="4" w:space="0" w:color="CCCCCC"/>
              <w:bottom w:val="single" w:sz="4" w:space="0" w:color="CCCCCC"/>
              <w:end w:val="single" w:sz="4" w:space="0" w:color="CCCCCC"/>
            </w:tcBorders>
          </w:tcPr>
          <w:p>
            <w:pPr>
              <w:pStyle w:val="Normal"/>
              <w:widowControl/>
              <w:bidi w:val="0"/>
              <w:spacing w:lineRule="auto" w:line="276" w:before="0" w:after="200"/>
              <w:jc w:val="start"/>
              <w:rPr/>
            </w:pPr>
            <w:r>
              <w:rPr>
                <w:sz w:val="17"/>
              </w:rPr>
              <w:t>Act de identitate: Seria ....... Nr. ............</w:t>
              <w:br/>
              <w:t>Eliberat de: ................... La data: .........</w:t>
            </w:r>
          </w:p>
        </w:tc>
        <w:tc>
          <w:tcPr>
            <w:tcW w:w="5472" w:type="dxa"/>
            <w:tcBorders>
              <w:top w:val="single" w:sz="4" w:space="0" w:color="CCCCCC"/>
              <w:start w:val="single" w:sz="4" w:space="0" w:color="CCCCCC"/>
              <w:bottom w:val="single" w:sz="4" w:space="0" w:color="CCCCCC"/>
              <w:end w:val="single" w:sz="4" w:space="0" w:color="CCCCCC"/>
            </w:tcBorders>
          </w:tcPr>
          <w:p>
            <w:pPr>
              <w:pStyle w:val="Normal"/>
              <w:widowControl/>
              <w:bidi w:val="0"/>
              <w:spacing w:lineRule="auto" w:line="276" w:before="0" w:after="200"/>
              <w:jc w:val="start"/>
              <w:rPr/>
            </w:pPr>
            <w:r>
              <w:rPr>
                <w:sz w:val="17"/>
              </w:rPr>
              <w:t>Domiciliul: Județul ........................................</w:t>
              <w:br/>
              <w:t>Municipiul/orașul/comuna: ...........................</w:t>
              <w:br/>
              <w:t>Sat/sector: .................... Str. ............................</w:t>
              <w:br/>
              <w:t>Nr. .... Sc. .... Et. .... Ap. .... Cod poștal ..........</w:t>
            </w:r>
          </w:p>
        </w:tc>
      </w:tr>
      <w:tr>
        <w:trPr/>
        <w:tc>
          <w:tcPr>
            <w:tcW w:w="5472" w:type="dxa"/>
            <w:tcBorders>
              <w:top w:val="single" w:sz="4" w:space="0" w:color="CCCCCC"/>
              <w:start w:val="single" w:sz="4" w:space="0" w:color="CCCCCC"/>
              <w:bottom w:val="single" w:sz="4" w:space="0" w:color="CCCCCC"/>
              <w:end w:val="single" w:sz="4" w:space="0" w:color="CCCCCC"/>
            </w:tcBorders>
          </w:tcPr>
          <w:p>
            <w:pPr>
              <w:pStyle w:val="Normal"/>
              <w:widowControl/>
              <w:bidi w:val="0"/>
              <w:spacing w:lineRule="auto" w:line="276" w:before="0" w:after="200"/>
              <w:jc w:val="start"/>
              <w:rPr/>
            </w:pPr>
            <w:r>
              <w:rPr>
                <w:sz w:val="17"/>
              </w:rPr>
              <w:t>Telefon/Fax: .......................................</w:t>
            </w:r>
          </w:p>
        </w:tc>
        <w:tc>
          <w:tcPr>
            <w:tcW w:w="5472" w:type="dxa"/>
            <w:tcBorders>
              <w:top w:val="single" w:sz="4" w:space="0" w:color="CCCCCC"/>
              <w:start w:val="single" w:sz="4" w:space="0" w:color="CCCCCC"/>
              <w:bottom w:val="single" w:sz="4" w:space="0" w:color="CCCCCC"/>
              <w:end w:val="single" w:sz="4" w:space="0" w:color="CCCCCC"/>
            </w:tcBorders>
          </w:tcPr>
          <w:p>
            <w:pPr>
              <w:pStyle w:val="Normal"/>
              <w:widowControl/>
              <w:bidi w:val="0"/>
              <w:spacing w:lineRule="auto" w:line="276" w:before="0" w:after="200"/>
              <w:jc w:val="start"/>
              <w:rPr/>
            </w:pPr>
            <w:r>
              <w:rPr>
                <w:sz w:val="17"/>
              </w:rPr>
              <w:t>E-mail: ....................................................</w:t>
            </w:r>
          </w:p>
        </w:tc>
      </w:tr>
      <w:tr>
        <w:trPr/>
        <w:tc>
          <w:tcPr>
            <w:tcW w:w="5472" w:type="dxa"/>
            <w:tcBorders>
              <w:top w:val="single" w:sz="4" w:space="0" w:color="CCCCCC"/>
              <w:start w:val="single" w:sz="4" w:space="0" w:color="CCCCCC"/>
              <w:bottom w:val="single" w:sz="4" w:space="0" w:color="CCCCCC"/>
              <w:end w:val="single" w:sz="4" w:space="0" w:color="CCCCCC"/>
            </w:tcBorders>
          </w:tcPr>
          <w:p>
            <w:pPr>
              <w:pStyle w:val="Normal"/>
              <w:widowControl/>
              <w:bidi w:val="0"/>
              <w:spacing w:lineRule="auto" w:line="276" w:before="0" w:after="200"/>
              <w:jc w:val="start"/>
              <w:rPr/>
            </w:pPr>
            <w:r>
              <w:rPr>
                <w:sz w:val="17"/>
              </w:rPr>
              <w:t>În calitate de reprezentant al: .....................</w:t>
            </w:r>
          </w:p>
        </w:tc>
        <w:tc>
          <w:tcPr>
            <w:tcW w:w="5472" w:type="dxa"/>
            <w:tcBorders>
              <w:top w:val="single" w:sz="4" w:space="0" w:color="CCCCCC"/>
              <w:start w:val="single" w:sz="4" w:space="0" w:color="CCCCCC"/>
              <w:bottom w:val="single" w:sz="4" w:space="0" w:color="CCCCCC"/>
              <w:end w:val="single" w:sz="4" w:space="0" w:color="CCCCCC"/>
            </w:tcBorders>
          </w:tcPr>
          <w:p>
            <w:pPr>
              <w:pStyle w:val="Normal"/>
              <w:widowControl/>
              <w:bidi w:val="0"/>
              <w:spacing w:lineRule="auto" w:line="276" w:before="0" w:after="200"/>
              <w:jc w:val="start"/>
              <w:rPr/>
            </w:pPr>
            <w:r>
              <w:rPr>
                <w:sz w:val="17"/>
              </w:rPr>
              <w:t>CUI/CIF: ....................................................</w:t>
            </w:r>
          </w:p>
        </w:tc>
      </w:tr>
    </w:tbl>
    <w:p>
      <w:pPr>
        <w:pStyle w:val="Normal"/>
        <w:spacing w:before="0" w:after="60"/>
        <w:rPr/>
      </w:pPr>
      <w:r>
        <w:rPr/>
      </w:r>
    </w:p>
    <w:p>
      <w:pPr>
        <w:pStyle w:val="Normal"/>
        <w:spacing w:before="0" w:after="0"/>
        <w:rPr/>
      </w:pPr>
      <w:r>
        <w:rPr>
          <w:b/>
        </w:rPr>
        <w:t xml:space="preserve">2. BENEFICIAR AL: </w:t>
      </w:r>
      <w:sdt>
        <w:sdtPr>
          <w14:checkbox>
            <w14:checked w14:val="0"/>
            <w14:checkedState w14:val="2612"/>
            <w14:uncheckedState w14:val="2610"/>
          </w14:checkbox>
        </w:sdtPr>
        <w:sdtContent>
          <w:r>
            <w:rPr>
              <w:b/>
            </w:rPr>
          </w:r>
          <w:r>
            <w:rPr>
              <w:rFonts w:ascii="MS Gothic" w:hAnsi="MS Gothic"/>
              <w:sz w:val="20"/>
            </w:rPr>
            <w:t>☐</w:t>
          </w:r>
        </w:sdtContent>
      </w:sdt>
      <w:r>
        <w:rPr>
          <w:rFonts w:ascii="Arial" w:hAnsi="Arial"/>
          <w:sz w:val="18"/>
        </w:rPr>
        <w:t xml:space="preserve"> Documentației de amenajare / urbanism</w:t>
      </w:r>
      <w:r>
        <w:rPr/>
        <w:t xml:space="preserve">  </w:t>
      </w:r>
      <w:sdt>
        <w:sdtPr>
          <w14:checkbox>
            <w14:checked w14:val="0"/>
            <w14:checkedState w14:val="2612"/>
            <w14:uncheckedState w14:val="2610"/>
          </w14:checkbox>
        </w:sdtPr>
        <w:sdtContent>
          <w:r>
            <w:rPr/>
          </w:r>
          <w:r>
            <w:rPr>
              <w:rFonts w:ascii="MS Gothic" w:hAnsi="MS Gothic"/>
              <w:sz w:val="20"/>
            </w:rPr>
            <w:t>☐</w:t>
          </w:r>
        </w:sdtContent>
      </w:sdt>
      <w:r>
        <w:rPr>
          <w:rFonts w:ascii="Arial" w:hAnsi="Arial"/>
          <w:sz w:val="18"/>
        </w:rPr>
        <w:t xml:space="preserve"> Investiției pentru AC/AD</w:t>
      </w:r>
      <w:r>
        <w:rPr/>
        <w:t xml:space="preserve"> în baza CU nr. .......... din ..........</w:t>
      </w:r>
    </w:p>
    <w:p>
      <w:pPr>
        <w:pStyle w:val="Normal"/>
        <w:spacing w:before="0" w:after="0"/>
        <w:rPr/>
      </w:pPr>
      <w:r>
        <w:rPr/>
        <w:t>3. DECLAR PE PROPRIA RĂSPUNDERE că pentru avizele depuse nu am primit în termenul legal:</w:t>
        <w:br/>
      </w:r>
      <w:sdt>
        <w:sdtPr>
          <w14:checkbox>
            <w14:checked w14:val="0"/>
            <w14:checkedState w14:val="2612"/>
            <w14:uncheckedState w14:val="2610"/>
          </w14:checkbox>
        </w:sdtPr>
        <w:sdtContent>
          <w:r>
            <w:rPr/>
          </w:r>
          <w:r>
            <w:rPr>
              <w:rFonts w:ascii="MS Gothic" w:hAnsi="MS Gothic"/>
              <w:sz w:val="20"/>
            </w:rPr>
            <w:t>☐</w:t>
          </w:r>
        </w:sdtContent>
      </w:sdt>
      <w:r>
        <w:rPr>
          <w:rFonts w:ascii="Arial" w:hAnsi="Arial"/>
          <w:sz w:val="18"/>
        </w:rPr>
        <w:t xml:space="preserve"> nicio solicitare de clarificare, completare sau modificare</w:t>
      </w:r>
      <w:r>
        <w:rPr/>
        <w:br/>
      </w:r>
      <w:sdt>
        <w:sdtPr>
          <w14:checkbox>
            <w14:checked w14:val="0"/>
            <w14:checkedState w14:val="2612"/>
            <w14:uncheckedState w14:val="2610"/>
          </w14:checkbox>
        </w:sdtPr>
        <w:sdtContent>
          <w:r>
            <w:rPr/>
          </w:r>
          <w:r>
            <w:rPr>
              <w:rFonts w:ascii="MS Gothic" w:hAnsi="MS Gothic"/>
              <w:sz w:val="20"/>
            </w:rPr>
            <w:t>☐</w:t>
          </w:r>
        </w:sdtContent>
      </w:sdt>
      <w:r>
        <w:rPr>
          <w:rFonts w:ascii="Arial" w:hAnsi="Arial"/>
          <w:sz w:val="18"/>
        </w:rPr>
        <w:t xml:space="preserve"> niciun aviz sau acord cu sau fără condiții</w:t>
      </w:r>
      <w:r>
        <w:rPr/>
        <w:br/>
      </w:r>
      <w:sdt>
        <w:sdtPr>
          <w14:checkbox>
            <w14:checked w14:val="0"/>
            <w14:checkedState w14:val="2612"/>
            <w14:uncheckedState w14:val="2610"/>
          </w14:checkbox>
        </w:sdtPr>
        <w:sdtContent>
          <w:r>
            <w:rPr/>
          </w:r>
          <w:r>
            <w:rPr>
              <w:rFonts w:ascii="MS Gothic" w:hAnsi="MS Gothic"/>
              <w:sz w:val="20"/>
            </w:rPr>
            <w:t>☐</w:t>
          </w:r>
        </w:sdtContent>
      </w:sdt>
      <w:r>
        <w:rPr>
          <w:rFonts w:ascii="Arial" w:hAnsi="Arial"/>
          <w:sz w:val="18"/>
        </w:rPr>
        <w:t xml:space="preserve"> nicio adresă de respingere</w:t>
      </w:r>
    </w:p>
    <w:p>
      <w:pPr>
        <w:pStyle w:val="Normal"/>
        <w:spacing w:before="0" w:after="0"/>
        <w:rPr/>
      </w:pPr>
      <w:r>
        <w:rPr>
          <w:b/>
        </w:rPr>
        <w:t>4. TABELUL AVIZELOR PENTRU CARE SE INVOCĂ APROBAREA TACITĂ:</w:t>
      </w:r>
    </w:p>
    <w:tbl>
      <w:tblPr>
        <w:tblW w:w="10945" w:type="dxa"/>
        <w:jc w:val="center"/>
        <w:tblInd w:w="0" w:type="dxa"/>
        <w:tblLayout w:type="fixed"/>
        <w:tblCellMar>
          <w:top w:w="25" w:type="dxa"/>
          <w:start w:w="40" w:type="dxa"/>
          <w:bottom w:w="25" w:type="dxa"/>
          <w:end w:w="40" w:type="dxa"/>
        </w:tblCellMar>
        <w:tblLook w:val="04a0" w:firstRow="1" w:noVBand="1" w:lastRow="0" w:firstColumn="1" w:lastColumn="0" w:noHBand="0"/>
      </w:tblPr>
      <w:tblGrid>
        <w:gridCol w:w="2189"/>
        <w:gridCol w:w="2189"/>
        <w:gridCol w:w="2189"/>
        <w:gridCol w:w="2189"/>
        <w:gridCol w:w="2189"/>
      </w:tblGrid>
      <w:tr>
        <w:trPr/>
        <w:tc>
          <w:tcPr>
            <w:tcW w:w="2189" w:type="dxa"/>
            <w:tcBorders>
              <w:top w:val="single" w:sz="4" w:space="0" w:color="AAAAAA"/>
              <w:start w:val="single" w:sz="4" w:space="0" w:color="AAAAAA"/>
              <w:bottom w:val="single" w:sz="4" w:space="0" w:color="AAAAAA"/>
              <w:end w:val="single" w:sz="4" w:space="0" w:color="AAAAAA"/>
            </w:tcBorders>
            <w:shd w:fill="E8E8E8" w:val="clear"/>
          </w:tcPr>
          <w:p>
            <w:pPr>
              <w:pStyle w:val="Normal"/>
              <w:widowControl/>
              <w:bidi w:val="0"/>
              <w:spacing w:lineRule="auto" w:line="276" w:before="0" w:after="200"/>
              <w:jc w:val="start"/>
              <w:rPr/>
            </w:pPr>
            <w:r>
              <w:rPr>
                <w:b/>
              </w:rPr>
              <w:t>Nr.</w:t>
            </w:r>
          </w:p>
        </w:tc>
        <w:tc>
          <w:tcPr>
            <w:tcW w:w="2189" w:type="dxa"/>
            <w:tcBorders>
              <w:top w:val="single" w:sz="4" w:space="0" w:color="AAAAAA"/>
              <w:start w:val="single" w:sz="4" w:space="0" w:color="AAAAAA"/>
              <w:bottom w:val="single" w:sz="4" w:space="0" w:color="AAAAAA"/>
              <w:end w:val="single" w:sz="4" w:space="0" w:color="AAAAAA"/>
            </w:tcBorders>
            <w:shd w:fill="E8E8E8" w:val="clear"/>
          </w:tcPr>
          <w:p>
            <w:pPr>
              <w:pStyle w:val="Normal"/>
              <w:widowControl/>
              <w:bidi w:val="0"/>
              <w:spacing w:lineRule="auto" w:line="276" w:before="0" w:after="200"/>
              <w:jc w:val="start"/>
              <w:rPr/>
            </w:pPr>
            <w:r>
              <w:rPr>
                <w:b/>
              </w:rPr>
              <w:t>Avizul solicitat</w:t>
            </w:r>
          </w:p>
        </w:tc>
        <w:tc>
          <w:tcPr>
            <w:tcW w:w="2189" w:type="dxa"/>
            <w:tcBorders>
              <w:top w:val="single" w:sz="4" w:space="0" w:color="AAAAAA"/>
              <w:start w:val="single" w:sz="4" w:space="0" w:color="AAAAAA"/>
              <w:bottom w:val="single" w:sz="4" w:space="0" w:color="AAAAAA"/>
              <w:end w:val="single" w:sz="4" w:space="0" w:color="AAAAAA"/>
            </w:tcBorders>
            <w:shd w:fill="E8E8E8" w:val="clear"/>
          </w:tcPr>
          <w:p>
            <w:pPr>
              <w:pStyle w:val="Normal"/>
              <w:widowControl/>
              <w:bidi w:val="0"/>
              <w:spacing w:lineRule="auto" w:line="276" w:before="0" w:after="200"/>
              <w:jc w:val="start"/>
              <w:rPr/>
            </w:pPr>
            <w:r>
              <w:rPr>
                <w:b/>
              </w:rPr>
              <w:t>Instituția solicitată</w:t>
            </w:r>
          </w:p>
        </w:tc>
        <w:tc>
          <w:tcPr>
            <w:tcW w:w="2189" w:type="dxa"/>
            <w:tcBorders>
              <w:top w:val="single" w:sz="4" w:space="0" w:color="AAAAAA"/>
              <w:start w:val="single" w:sz="4" w:space="0" w:color="AAAAAA"/>
              <w:bottom w:val="single" w:sz="4" w:space="0" w:color="AAAAAA"/>
              <w:end w:val="single" w:sz="4" w:space="0" w:color="AAAAAA"/>
            </w:tcBorders>
            <w:shd w:fill="E8E8E8" w:val="clear"/>
          </w:tcPr>
          <w:p>
            <w:pPr>
              <w:pStyle w:val="Normal"/>
              <w:widowControl/>
              <w:bidi w:val="0"/>
              <w:spacing w:lineRule="auto" w:line="276" w:before="0" w:after="200"/>
              <w:jc w:val="start"/>
              <w:rPr/>
            </w:pPr>
            <w:r>
              <w:rPr>
                <w:b/>
              </w:rPr>
              <w:t>Dată/nr. înregistrare</w:t>
            </w:r>
          </w:p>
        </w:tc>
        <w:tc>
          <w:tcPr>
            <w:tcW w:w="2189" w:type="dxa"/>
            <w:tcBorders>
              <w:top w:val="single" w:sz="4" w:space="0" w:color="AAAAAA"/>
              <w:start w:val="single" w:sz="4" w:space="0" w:color="AAAAAA"/>
              <w:bottom w:val="single" w:sz="4" w:space="0" w:color="AAAAAA"/>
              <w:end w:val="single" w:sz="4" w:space="0" w:color="AAAAAA"/>
            </w:tcBorders>
            <w:shd w:fill="E8E8E8" w:val="clear"/>
          </w:tcPr>
          <w:p>
            <w:pPr>
              <w:pStyle w:val="Normal"/>
              <w:widowControl/>
              <w:bidi w:val="0"/>
              <w:spacing w:lineRule="auto" w:line="276" w:before="0" w:after="200"/>
              <w:jc w:val="start"/>
              <w:rPr/>
            </w:pPr>
            <w:r>
              <w:rPr>
                <w:b/>
              </w:rPr>
              <w:t>Data împlinirii termenului</w:t>
            </w:r>
          </w:p>
        </w:tc>
      </w:tr>
      <w:tr>
        <w:trPr/>
        <w:tc>
          <w:tcPr>
            <w:tcW w:w="2189" w:type="dxa"/>
            <w:tcBorders>
              <w:top w:val="single" w:sz="4" w:space="0" w:color="AAAAAA"/>
              <w:start w:val="single" w:sz="4" w:space="0" w:color="AAAAAA"/>
              <w:bottom w:val="single" w:sz="4" w:space="0" w:color="AAAAAA"/>
              <w:end w:val="single" w:sz="4" w:space="0" w:color="AAAAAA"/>
            </w:tcBorders>
          </w:tcPr>
          <w:p>
            <w:pPr>
              <w:pStyle w:val="Normal"/>
              <w:widowControl/>
              <w:bidi w:val="0"/>
              <w:spacing w:lineRule="auto" w:line="276" w:before="0" w:after="200"/>
              <w:jc w:val="start"/>
              <w:rPr/>
            </w:pPr>
            <w:r>
              <w:rPr/>
            </w:r>
          </w:p>
        </w:tc>
        <w:tc>
          <w:tcPr>
            <w:tcW w:w="2189" w:type="dxa"/>
            <w:tcBorders>
              <w:top w:val="single" w:sz="4" w:space="0" w:color="AAAAAA"/>
              <w:start w:val="single" w:sz="4" w:space="0" w:color="AAAAAA"/>
              <w:bottom w:val="single" w:sz="4" w:space="0" w:color="AAAAAA"/>
              <w:end w:val="single" w:sz="4" w:space="0" w:color="AAAAAA"/>
            </w:tcBorders>
          </w:tcPr>
          <w:p>
            <w:pPr>
              <w:pStyle w:val="Normal"/>
              <w:widowControl/>
              <w:bidi w:val="0"/>
              <w:spacing w:lineRule="auto" w:line="276" w:before="0" w:after="200"/>
              <w:jc w:val="start"/>
              <w:rPr/>
            </w:pPr>
            <w:r>
              <w:rPr/>
            </w:r>
          </w:p>
        </w:tc>
        <w:tc>
          <w:tcPr>
            <w:tcW w:w="2189" w:type="dxa"/>
            <w:tcBorders>
              <w:top w:val="single" w:sz="4" w:space="0" w:color="AAAAAA"/>
              <w:start w:val="single" w:sz="4" w:space="0" w:color="AAAAAA"/>
              <w:bottom w:val="single" w:sz="4" w:space="0" w:color="AAAAAA"/>
              <w:end w:val="single" w:sz="4" w:space="0" w:color="AAAAAA"/>
            </w:tcBorders>
          </w:tcPr>
          <w:p>
            <w:pPr>
              <w:pStyle w:val="Normal"/>
              <w:widowControl/>
              <w:bidi w:val="0"/>
              <w:spacing w:lineRule="auto" w:line="276" w:before="0" w:after="200"/>
              <w:jc w:val="start"/>
              <w:rPr/>
            </w:pPr>
            <w:r>
              <w:rPr/>
            </w:r>
          </w:p>
        </w:tc>
        <w:tc>
          <w:tcPr>
            <w:tcW w:w="2189" w:type="dxa"/>
            <w:tcBorders>
              <w:top w:val="single" w:sz="4" w:space="0" w:color="AAAAAA"/>
              <w:start w:val="single" w:sz="4" w:space="0" w:color="AAAAAA"/>
              <w:bottom w:val="single" w:sz="4" w:space="0" w:color="AAAAAA"/>
              <w:end w:val="single" w:sz="4" w:space="0" w:color="AAAAAA"/>
            </w:tcBorders>
          </w:tcPr>
          <w:p>
            <w:pPr>
              <w:pStyle w:val="Normal"/>
              <w:widowControl/>
              <w:bidi w:val="0"/>
              <w:spacing w:lineRule="auto" w:line="276" w:before="0" w:after="200"/>
              <w:jc w:val="start"/>
              <w:rPr/>
            </w:pPr>
            <w:r>
              <w:rPr/>
            </w:r>
          </w:p>
        </w:tc>
        <w:tc>
          <w:tcPr>
            <w:tcW w:w="2189" w:type="dxa"/>
            <w:tcBorders>
              <w:top w:val="single" w:sz="4" w:space="0" w:color="AAAAAA"/>
              <w:start w:val="single" w:sz="4" w:space="0" w:color="AAAAAA"/>
              <w:bottom w:val="single" w:sz="4" w:space="0" w:color="AAAAAA"/>
              <w:end w:val="single" w:sz="4" w:space="0" w:color="AAAAAA"/>
            </w:tcBorders>
          </w:tcPr>
          <w:p>
            <w:pPr>
              <w:pStyle w:val="Normal"/>
              <w:widowControl/>
              <w:bidi w:val="0"/>
              <w:spacing w:lineRule="auto" w:line="276" w:before="0" w:after="200"/>
              <w:jc w:val="start"/>
              <w:rPr/>
            </w:pPr>
            <w:r>
              <w:rPr/>
            </w:r>
          </w:p>
        </w:tc>
      </w:tr>
      <w:tr>
        <w:trPr/>
        <w:tc>
          <w:tcPr>
            <w:tcW w:w="2189" w:type="dxa"/>
            <w:tcBorders>
              <w:top w:val="single" w:sz="4" w:space="0" w:color="AAAAAA"/>
              <w:start w:val="single" w:sz="4" w:space="0" w:color="AAAAAA"/>
              <w:bottom w:val="single" w:sz="4" w:space="0" w:color="AAAAAA"/>
              <w:end w:val="single" w:sz="4" w:space="0" w:color="AAAAAA"/>
            </w:tcBorders>
          </w:tcPr>
          <w:p>
            <w:pPr>
              <w:pStyle w:val="Normal"/>
              <w:widowControl/>
              <w:bidi w:val="0"/>
              <w:spacing w:lineRule="auto" w:line="276" w:before="0" w:after="200"/>
              <w:jc w:val="start"/>
              <w:rPr/>
            </w:pPr>
            <w:r>
              <w:rPr/>
            </w:r>
          </w:p>
        </w:tc>
        <w:tc>
          <w:tcPr>
            <w:tcW w:w="2189" w:type="dxa"/>
            <w:tcBorders>
              <w:top w:val="single" w:sz="4" w:space="0" w:color="AAAAAA"/>
              <w:start w:val="single" w:sz="4" w:space="0" w:color="AAAAAA"/>
              <w:bottom w:val="single" w:sz="4" w:space="0" w:color="AAAAAA"/>
              <w:end w:val="single" w:sz="4" w:space="0" w:color="AAAAAA"/>
            </w:tcBorders>
          </w:tcPr>
          <w:p>
            <w:pPr>
              <w:pStyle w:val="Normal"/>
              <w:widowControl/>
              <w:bidi w:val="0"/>
              <w:spacing w:lineRule="auto" w:line="276" w:before="0" w:after="200"/>
              <w:jc w:val="start"/>
              <w:rPr/>
            </w:pPr>
            <w:r>
              <w:rPr/>
            </w:r>
          </w:p>
        </w:tc>
        <w:tc>
          <w:tcPr>
            <w:tcW w:w="2189" w:type="dxa"/>
            <w:tcBorders>
              <w:top w:val="single" w:sz="4" w:space="0" w:color="AAAAAA"/>
              <w:start w:val="single" w:sz="4" w:space="0" w:color="AAAAAA"/>
              <w:bottom w:val="single" w:sz="4" w:space="0" w:color="AAAAAA"/>
              <w:end w:val="single" w:sz="4" w:space="0" w:color="AAAAAA"/>
            </w:tcBorders>
          </w:tcPr>
          <w:p>
            <w:pPr>
              <w:pStyle w:val="Normal"/>
              <w:widowControl/>
              <w:bidi w:val="0"/>
              <w:spacing w:lineRule="auto" w:line="276" w:before="0" w:after="200"/>
              <w:jc w:val="start"/>
              <w:rPr/>
            </w:pPr>
            <w:r>
              <w:rPr/>
            </w:r>
          </w:p>
        </w:tc>
        <w:tc>
          <w:tcPr>
            <w:tcW w:w="2189" w:type="dxa"/>
            <w:tcBorders>
              <w:top w:val="single" w:sz="4" w:space="0" w:color="AAAAAA"/>
              <w:start w:val="single" w:sz="4" w:space="0" w:color="AAAAAA"/>
              <w:bottom w:val="single" w:sz="4" w:space="0" w:color="AAAAAA"/>
              <w:end w:val="single" w:sz="4" w:space="0" w:color="AAAAAA"/>
            </w:tcBorders>
          </w:tcPr>
          <w:p>
            <w:pPr>
              <w:pStyle w:val="Normal"/>
              <w:widowControl/>
              <w:bidi w:val="0"/>
              <w:spacing w:lineRule="auto" w:line="276" w:before="0" w:after="200"/>
              <w:jc w:val="start"/>
              <w:rPr/>
            </w:pPr>
            <w:r>
              <w:rPr/>
            </w:r>
          </w:p>
        </w:tc>
        <w:tc>
          <w:tcPr>
            <w:tcW w:w="2189" w:type="dxa"/>
            <w:tcBorders>
              <w:top w:val="single" w:sz="4" w:space="0" w:color="AAAAAA"/>
              <w:start w:val="single" w:sz="4" w:space="0" w:color="AAAAAA"/>
              <w:bottom w:val="single" w:sz="4" w:space="0" w:color="AAAAAA"/>
              <w:end w:val="single" w:sz="4" w:space="0" w:color="AAAAAA"/>
            </w:tcBorders>
          </w:tcPr>
          <w:p>
            <w:pPr>
              <w:pStyle w:val="Normal"/>
              <w:widowControl/>
              <w:bidi w:val="0"/>
              <w:spacing w:lineRule="auto" w:line="276" w:before="0" w:after="200"/>
              <w:jc w:val="start"/>
              <w:rPr/>
            </w:pPr>
            <w:r>
              <w:rPr/>
            </w:r>
          </w:p>
        </w:tc>
      </w:tr>
      <w:tr>
        <w:trPr/>
        <w:tc>
          <w:tcPr>
            <w:tcW w:w="2189" w:type="dxa"/>
            <w:tcBorders>
              <w:top w:val="single" w:sz="4" w:space="0" w:color="AAAAAA"/>
              <w:start w:val="single" w:sz="4" w:space="0" w:color="AAAAAA"/>
              <w:bottom w:val="single" w:sz="4" w:space="0" w:color="AAAAAA"/>
              <w:end w:val="single" w:sz="4" w:space="0" w:color="AAAAAA"/>
            </w:tcBorders>
          </w:tcPr>
          <w:p>
            <w:pPr>
              <w:pStyle w:val="Normal"/>
              <w:widowControl/>
              <w:bidi w:val="0"/>
              <w:spacing w:lineRule="auto" w:line="276" w:before="0" w:after="200"/>
              <w:jc w:val="start"/>
              <w:rPr/>
            </w:pPr>
            <w:r>
              <w:rPr/>
            </w:r>
          </w:p>
        </w:tc>
        <w:tc>
          <w:tcPr>
            <w:tcW w:w="2189" w:type="dxa"/>
            <w:tcBorders>
              <w:top w:val="single" w:sz="4" w:space="0" w:color="AAAAAA"/>
              <w:start w:val="single" w:sz="4" w:space="0" w:color="AAAAAA"/>
              <w:bottom w:val="single" w:sz="4" w:space="0" w:color="AAAAAA"/>
              <w:end w:val="single" w:sz="4" w:space="0" w:color="AAAAAA"/>
            </w:tcBorders>
          </w:tcPr>
          <w:p>
            <w:pPr>
              <w:pStyle w:val="Normal"/>
              <w:widowControl/>
              <w:bidi w:val="0"/>
              <w:spacing w:lineRule="auto" w:line="276" w:before="0" w:after="200"/>
              <w:jc w:val="start"/>
              <w:rPr/>
            </w:pPr>
            <w:r>
              <w:rPr/>
            </w:r>
          </w:p>
        </w:tc>
        <w:tc>
          <w:tcPr>
            <w:tcW w:w="2189" w:type="dxa"/>
            <w:tcBorders>
              <w:top w:val="single" w:sz="4" w:space="0" w:color="AAAAAA"/>
              <w:start w:val="single" w:sz="4" w:space="0" w:color="AAAAAA"/>
              <w:bottom w:val="single" w:sz="4" w:space="0" w:color="AAAAAA"/>
              <w:end w:val="single" w:sz="4" w:space="0" w:color="AAAAAA"/>
            </w:tcBorders>
          </w:tcPr>
          <w:p>
            <w:pPr>
              <w:pStyle w:val="Normal"/>
              <w:widowControl/>
              <w:bidi w:val="0"/>
              <w:spacing w:lineRule="auto" w:line="276" w:before="0" w:after="200"/>
              <w:jc w:val="start"/>
              <w:rPr/>
            </w:pPr>
            <w:r>
              <w:rPr/>
            </w:r>
          </w:p>
        </w:tc>
        <w:tc>
          <w:tcPr>
            <w:tcW w:w="2189" w:type="dxa"/>
            <w:tcBorders>
              <w:top w:val="single" w:sz="4" w:space="0" w:color="AAAAAA"/>
              <w:start w:val="single" w:sz="4" w:space="0" w:color="AAAAAA"/>
              <w:bottom w:val="single" w:sz="4" w:space="0" w:color="AAAAAA"/>
              <w:end w:val="single" w:sz="4" w:space="0" w:color="AAAAAA"/>
            </w:tcBorders>
          </w:tcPr>
          <w:p>
            <w:pPr>
              <w:pStyle w:val="Normal"/>
              <w:widowControl/>
              <w:bidi w:val="0"/>
              <w:spacing w:lineRule="auto" w:line="276" w:before="0" w:after="200"/>
              <w:jc w:val="start"/>
              <w:rPr/>
            </w:pPr>
            <w:r>
              <w:rPr/>
            </w:r>
          </w:p>
        </w:tc>
        <w:tc>
          <w:tcPr>
            <w:tcW w:w="2189" w:type="dxa"/>
            <w:tcBorders>
              <w:top w:val="single" w:sz="4" w:space="0" w:color="AAAAAA"/>
              <w:start w:val="single" w:sz="4" w:space="0" w:color="AAAAAA"/>
              <w:bottom w:val="single" w:sz="4" w:space="0" w:color="AAAAAA"/>
              <w:end w:val="single" w:sz="4" w:space="0" w:color="AAAAAA"/>
            </w:tcBorders>
          </w:tcPr>
          <w:p>
            <w:pPr>
              <w:pStyle w:val="Normal"/>
              <w:widowControl/>
              <w:bidi w:val="0"/>
              <w:spacing w:lineRule="auto" w:line="276" w:before="0" w:after="200"/>
              <w:jc w:val="start"/>
              <w:rPr/>
            </w:pPr>
            <w:r>
              <w:rPr/>
            </w:r>
          </w:p>
        </w:tc>
      </w:tr>
      <w:tr>
        <w:trPr/>
        <w:tc>
          <w:tcPr>
            <w:tcW w:w="2189" w:type="dxa"/>
            <w:tcBorders>
              <w:top w:val="single" w:sz="4" w:space="0" w:color="AAAAAA"/>
              <w:start w:val="single" w:sz="4" w:space="0" w:color="AAAAAA"/>
              <w:bottom w:val="single" w:sz="4" w:space="0" w:color="AAAAAA"/>
              <w:end w:val="single" w:sz="4" w:space="0" w:color="AAAAAA"/>
            </w:tcBorders>
          </w:tcPr>
          <w:p>
            <w:pPr>
              <w:pStyle w:val="Normal"/>
              <w:widowControl/>
              <w:bidi w:val="0"/>
              <w:spacing w:lineRule="auto" w:line="276" w:before="0" w:after="200"/>
              <w:jc w:val="start"/>
              <w:rPr/>
            </w:pPr>
            <w:r>
              <w:rPr/>
            </w:r>
          </w:p>
        </w:tc>
        <w:tc>
          <w:tcPr>
            <w:tcW w:w="2189" w:type="dxa"/>
            <w:tcBorders>
              <w:top w:val="single" w:sz="4" w:space="0" w:color="AAAAAA"/>
              <w:start w:val="single" w:sz="4" w:space="0" w:color="AAAAAA"/>
              <w:bottom w:val="single" w:sz="4" w:space="0" w:color="AAAAAA"/>
              <w:end w:val="single" w:sz="4" w:space="0" w:color="AAAAAA"/>
            </w:tcBorders>
          </w:tcPr>
          <w:p>
            <w:pPr>
              <w:pStyle w:val="Normal"/>
              <w:widowControl/>
              <w:bidi w:val="0"/>
              <w:spacing w:lineRule="auto" w:line="276" w:before="0" w:after="200"/>
              <w:jc w:val="start"/>
              <w:rPr/>
            </w:pPr>
            <w:r>
              <w:rPr/>
            </w:r>
          </w:p>
        </w:tc>
        <w:tc>
          <w:tcPr>
            <w:tcW w:w="2189" w:type="dxa"/>
            <w:tcBorders>
              <w:top w:val="single" w:sz="4" w:space="0" w:color="AAAAAA"/>
              <w:start w:val="single" w:sz="4" w:space="0" w:color="AAAAAA"/>
              <w:bottom w:val="single" w:sz="4" w:space="0" w:color="AAAAAA"/>
              <w:end w:val="single" w:sz="4" w:space="0" w:color="AAAAAA"/>
            </w:tcBorders>
          </w:tcPr>
          <w:p>
            <w:pPr>
              <w:pStyle w:val="Normal"/>
              <w:widowControl/>
              <w:bidi w:val="0"/>
              <w:spacing w:lineRule="auto" w:line="276" w:before="0" w:after="200"/>
              <w:jc w:val="start"/>
              <w:rPr/>
            </w:pPr>
            <w:r>
              <w:rPr/>
            </w:r>
          </w:p>
        </w:tc>
        <w:tc>
          <w:tcPr>
            <w:tcW w:w="2189" w:type="dxa"/>
            <w:tcBorders>
              <w:top w:val="single" w:sz="4" w:space="0" w:color="AAAAAA"/>
              <w:start w:val="single" w:sz="4" w:space="0" w:color="AAAAAA"/>
              <w:bottom w:val="single" w:sz="4" w:space="0" w:color="AAAAAA"/>
              <w:end w:val="single" w:sz="4" w:space="0" w:color="AAAAAA"/>
            </w:tcBorders>
          </w:tcPr>
          <w:p>
            <w:pPr>
              <w:pStyle w:val="Normal"/>
              <w:widowControl/>
              <w:bidi w:val="0"/>
              <w:spacing w:lineRule="auto" w:line="276" w:before="0" w:after="200"/>
              <w:jc w:val="start"/>
              <w:rPr/>
            </w:pPr>
            <w:r>
              <w:rPr/>
            </w:r>
          </w:p>
        </w:tc>
        <w:tc>
          <w:tcPr>
            <w:tcW w:w="2189" w:type="dxa"/>
            <w:tcBorders>
              <w:top w:val="single" w:sz="4" w:space="0" w:color="AAAAAA"/>
              <w:start w:val="single" w:sz="4" w:space="0" w:color="AAAAAA"/>
              <w:bottom w:val="single" w:sz="4" w:space="0" w:color="AAAAAA"/>
              <w:end w:val="single" w:sz="4" w:space="0" w:color="AAAAAA"/>
            </w:tcBorders>
          </w:tcPr>
          <w:p>
            <w:pPr>
              <w:pStyle w:val="Normal"/>
              <w:widowControl/>
              <w:bidi w:val="0"/>
              <w:spacing w:lineRule="auto" w:line="276" w:before="0" w:after="200"/>
              <w:jc w:val="start"/>
              <w:rPr/>
            </w:pPr>
            <w:r>
              <w:rPr/>
            </w:r>
          </w:p>
        </w:tc>
      </w:tr>
    </w:tbl>
    <w:p>
      <w:pPr>
        <w:pStyle w:val="Normal"/>
        <w:spacing w:before="0" w:after="0"/>
        <w:rPr/>
      </w:pPr>
      <w:r>
        <w:rPr/>
        <w:t>5. ASUMAREA RĂSPUNDERII ȘI CONSIMȚĂMÂNTUL GDPR conform legii penale (art. 326 Cod Penal falsul în declarații).</w:t>
      </w:r>
    </w:p>
    <w:p>
      <w:pPr>
        <w:pStyle w:val="Normal"/>
        <w:spacing w:before="0" w:after="0"/>
        <w:rPr/>
      </w:pPr>
      <w:r>
        <w:rPr>
          <w:b/>
        </w:rPr>
        <w:t>6. DATA ȘI SEMNĂTURA</w:t>
      </w:r>
    </w:p>
    <w:tbl>
      <w:tblPr>
        <w:tblW w:w="10944" w:type="dxa"/>
        <w:jc w:val="center"/>
        <w:tblInd w:w="0" w:type="dxa"/>
        <w:tblLayout w:type="fixed"/>
        <w:tblCellMar>
          <w:top w:w="40" w:type="dxa"/>
          <w:start w:w="60" w:type="dxa"/>
          <w:bottom w:w="40" w:type="dxa"/>
          <w:end w:w="60" w:type="dxa"/>
        </w:tblCellMar>
        <w:tblLook w:val="04a0" w:firstRow="1" w:noVBand="1" w:lastRow="0" w:firstColumn="1" w:lastColumn="0" w:noHBand="0"/>
      </w:tblPr>
      <w:tblGrid>
        <w:gridCol w:w="5472"/>
        <w:gridCol w:w="5472"/>
      </w:tblGrid>
      <w:tr>
        <w:trPr/>
        <w:tc>
          <w:tcPr>
            <w:tcW w:w="5472" w:type="dxa"/>
            <w:tcBorders>
              <w:top w:val="single" w:sz="4" w:space="0" w:color="CCCCCC"/>
              <w:start w:val="single" w:sz="4" w:space="0" w:color="CCCCCC"/>
              <w:bottom w:val="single" w:sz="4" w:space="0" w:color="CCCCCC"/>
              <w:end w:val="single" w:sz="4" w:space="0" w:color="CCCCCC"/>
            </w:tcBorders>
          </w:tcPr>
          <w:p>
            <w:pPr>
              <w:pStyle w:val="Normal"/>
              <w:widowControl/>
              <w:bidi w:val="0"/>
              <w:spacing w:lineRule="auto" w:line="276" w:before="0" w:after="200"/>
              <w:jc w:val="start"/>
              <w:rPr/>
            </w:pPr>
            <w:r>
              <w:rPr>
                <w:sz w:val="18"/>
              </w:rPr>
              <w:t>Data: ........................................</w:t>
            </w:r>
          </w:p>
        </w:tc>
        <w:tc>
          <w:tcPr>
            <w:tcW w:w="5472" w:type="dxa"/>
            <w:tcBorders>
              <w:top w:val="single" w:sz="4" w:space="0" w:color="CCCCCC"/>
              <w:start w:val="single" w:sz="4" w:space="0" w:color="CCCCCC"/>
              <w:bottom w:val="single" w:sz="4" w:space="0" w:color="CCCCCC"/>
              <w:end w:val="single" w:sz="4" w:space="0" w:color="CCCCCC"/>
            </w:tcBorders>
          </w:tcPr>
          <w:p>
            <w:pPr>
              <w:pStyle w:val="Normal"/>
              <w:widowControl/>
              <w:bidi w:val="0"/>
              <w:spacing w:lineRule="auto" w:line="276" w:before="0" w:after="200"/>
              <w:jc w:val="start"/>
              <w:rPr/>
            </w:pPr>
            <w:r>
              <w:rPr>
                <w:sz w:val="18"/>
              </w:rPr>
              <w:t>Beneficiarul / Reprezentantul: ........................................</w:t>
              <w:br/>
              <w:t>Semnătura: ........................................</w:t>
            </w:r>
          </w:p>
        </w:tc>
      </w:tr>
    </w:tbl>
    <w:p>
      <w:pPr>
        <w:pStyle w:val="Normal"/>
        <w:spacing w:before="0" w:after="80"/>
        <w:rPr/>
      </w:pPr>
      <w:r>
        <w:rPr/>
      </w:r>
    </w:p>
    <w:sectPr>
      <w:headerReference w:type="even" r:id="rId2"/>
      <w:headerReference w:type="default" r:id="rId3"/>
      <w:headerReference w:type="first" r:id="rId4"/>
      <w:type w:val="nextPage"/>
      <w:pgSz w:w="12240" w:h="15840"/>
      <w:pgMar w:left="648" w:right="648" w:gutter="0" w:header="576" w:top="2407" w:footer="0" w:bottom="576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 w:characterSet="windows-1252"/>
    <w:family w:val="roman"/>
    <w:pitch w:val="variable"/>
  </w:font>
  <w:font w:name="Symbol">
    <w:charset w:val="02"/>
    <w:family w:val="roman"/>
    <w:pitch w:val="variable"/>
  </w:font>
  <w:font w:name="Arial">
    <w:charset w:val="00" w:characterSet="windows-1252"/>
    <w:family w:val="swiss"/>
    <w:pitch w:val="variable"/>
  </w:font>
  <w:font w:name="Liberation Serif">
    <w:altName w:val="Times New Roman"/>
    <w:charset w:val="00" w:characterSet="windows-1252"/>
    <w:family w:val="roman"/>
    <w:pitch w:val="variable"/>
  </w:font>
  <w:font w:name="Cambria">
    <w:charset w:val="00" w:characterSet="windows-1252"/>
    <w:family w:val="roman"/>
    <w:pitch w:val="variable"/>
  </w:font>
  <w:font w:name="Calibri">
    <w:charset w:val="00" w:characterSet="windows-1252"/>
    <w:family w:val="roman"/>
    <w:pitch w:val="variable"/>
  </w:font>
  <w:font w:name="Courier">
    <w:altName w:val="Courier New"/>
    <w:charset w:val="00" w:characterSet="windows-1252"/>
    <w:family w:val="roman"/>
    <w:pitch w:val="variable"/>
  </w:font>
  <w:font w:name="Liberation Sans">
    <w:altName w:val="Arial"/>
    <w:charset w:val="00" w:characterSet="windows-1252"/>
    <w:family w:val="swiss"/>
    <w:pitch w:val="variable"/>
  </w:font>
  <w:font w:name="MS Gothic">
    <w:charset w:val="00" w:characterSet="windows-1252"/>
    <w:family w:val="roman"/>
    <w:pitch w:val="variable"/>
  </w:font>
</w:fonts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rPr/>
    </w:pPr>
    <w:r>
      <w:rPr/>
    </w:r>
  </w:p>
</w:hdr>
</file>

<file path=word/header2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rPr/>
    </w:pPr>
    <w:r>
      <w:rPr/>
      <w:drawing>
        <wp:anchor distT="0" distB="0" distL="0" distR="0" simplePos="0" relativeHeight="2" behindDoc="1" locked="0" layoutInCell="0" allowOverlap="1">
          <wp:simplePos x="0" y="0"/>
          <wp:positionH relativeFrom="column">
            <wp:posOffset>222250</wp:posOffset>
          </wp:positionH>
          <wp:positionV relativeFrom="paragraph">
            <wp:posOffset>-22860</wp:posOffset>
          </wp:positionV>
          <wp:extent cx="6463665" cy="1048385"/>
          <wp:effectExtent l="0" t="0" r="0" b="0"/>
          <wp:wrapSquare wrapText="largest"/>
          <wp:docPr id="1" name="Image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1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 l="-155" t="-959" r="-155" b="-959"/>
                  <a:stretch>
                    <a:fillRect/>
                  </a:stretch>
                </pic:blipFill>
                <pic:spPr bwMode="auto">
                  <a:xfrm>
                    <a:off x="0" y="0"/>
                    <a:ext cx="6463665" cy="104838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</w:p>
  <w:p>
    <w:pPr>
      <w:pStyle w:val="Header"/>
      <w:rPr/>
    </w:pPr>
    <w:r>
      <w:rPr/>
    </w:r>
  </w:p>
  <w:p>
    <w:pPr>
      <w:pStyle w:val="Header"/>
      <w:rPr/>
    </w:pPr>
    <w:r>
      <w:rPr/>
    </w:r>
  </w:p>
  <w:p>
    <w:pPr>
      <w:pStyle w:val="Header"/>
      <w:rPr/>
    </w:pPr>
    <w:r>
      <w:rPr/>
    </w:r>
  </w:p>
  <w:p>
    <w:pPr>
      <w:pStyle w:val="Header"/>
      <w:rPr/>
    </w:pPr>
    <w:r>
      <w:rPr/>
    </w:r>
  </w:p>
  <w:p>
    <w:pPr>
      <w:pStyle w:val="Header"/>
      <w:rPr/>
    </w:pPr>
    <w:r>
      <w:rPr/>
    </w:r>
  </w:p>
</w:hdr>
</file>

<file path=word/header3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rPr/>
    </w:pPr>
    <w:r>
      <w:rPr/>
      <w:drawing>
        <wp:anchor distT="0" distB="0" distL="0" distR="0" simplePos="0" relativeHeight="2" behindDoc="1" locked="0" layoutInCell="0" allowOverlap="1">
          <wp:simplePos x="0" y="0"/>
          <wp:positionH relativeFrom="column">
            <wp:posOffset>222250</wp:posOffset>
          </wp:positionH>
          <wp:positionV relativeFrom="paragraph">
            <wp:posOffset>-22860</wp:posOffset>
          </wp:positionV>
          <wp:extent cx="6463665" cy="1048385"/>
          <wp:effectExtent l="0" t="0" r="0" b="0"/>
          <wp:wrapSquare wrapText="largest"/>
          <wp:docPr id="2" name="Image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 l="-155" t="-959" r="-155" b="-959"/>
                  <a:stretch>
                    <a:fillRect/>
                  </a:stretch>
                </pic:blipFill>
                <pic:spPr bwMode="auto">
                  <a:xfrm>
                    <a:off x="0" y="0"/>
                    <a:ext cx="6463665" cy="104838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</w:p>
  <w:p>
    <w:pPr>
      <w:pStyle w:val="Header"/>
      <w:rPr/>
    </w:pPr>
    <w:r>
      <w:rPr/>
    </w:r>
  </w:p>
  <w:p>
    <w:pPr>
      <w:pStyle w:val="Header"/>
      <w:rPr/>
    </w:pPr>
    <w:r>
      <w:rPr/>
    </w:r>
  </w:p>
  <w:p>
    <w:pPr>
      <w:pStyle w:val="Header"/>
      <w:rPr/>
    </w:pPr>
    <w:r>
      <w:rPr/>
    </w:r>
  </w:p>
  <w:p>
    <w:pPr>
      <w:pStyle w:val="Header"/>
      <w:rPr/>
    </w:pPr>
    <w:r>
      <w:rPr/>
    </w:r>
  </w:p>
  <w:p>
    <w:pPr>
      <w:pStyle w:val="Header"/>
      <w:rPr/>
    </w:pPr>
    <w:r>
      <w:rPr/>
    </w:r>
  </w:p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bullet"/>
      <w:lvlText w:val=""/>
      <w:lvlJc w:val="start"/>
      <w:pPr>
        <w:tabs>
          <w:tab w:val="num" w:pos="360"/>
        </w:tabs>
        <w:ind w:start="360" w:hanging="360"/>
      </w:pPr>
      <w:rPr>
        <w:rFonts w:ascii="Symbol" w:hAnsi="Symbol" w:cs="Symbol" w:hint="default"/>
      </w:rPr>
    </w:lvl>
    <w:lvl w:ilvl="1">
      <w:start w:val="1"/>
      <w:numFmt w:val="decimal"/>
      <w:lvlText w:val="%2."/>
      <w:lvlJc w:val="start"/>
      <w:pPr>
        <w:tabs>
          <w:tab w:val="num" w:pos="1080"/>
        </w:tabs>
        <w:ind w:start="1080" w:hanging="360"/>
      </w:pPr>
      <w:rPr/>
    </w:lvl>
    <w:lvl w:ilvl="2">
      <w:start w:val="1"/>
      <w:numFmt w:val="decimal"/>
      <w:lvlText w:val="%3."/>
      <w:lvlJc w:val="start"/>
      <w:pPr>
        <w:tabs>
          <w:tab w:val="num" w:pos="1440"/>
        </w:tabs>
        <w:ind w:start="1440" w:hanging="360"/>
      </w:pPr>
      <w:rPr/>
    </w:lvl>
    <w:lvl w:ilvl="3">
      <w:start w:val="1"/>
      <w:numFmt w:val="decimal"/>
      <w:lvlText w:val="%4."/>
      <w:lvlJc w:val="start"/>
      <w:pPr>
        <w:tabs>
          <w:tab w:val="num" w:pos="1800"/>
        </w:tabs>
        <w:ind w:start="1800" w:hanging="360"/>
      </w:pPr>
      <w:rPr/>
    </w:lvl>
    <w:lvl w:ilvl="4">
      <w:start w:val="1"/>
      <w:numFmt w:val="decimal"/>
      <w:lvlText w:val="%5."/>
      <w:lvlJc w:val="start"/>
      <w:pPr>
        <w:tabs>
          <w:tab w:val="num" w:pos="2160"/>
        </w:tabs>
        <w:ind w:start="2160" w:hanging="360"/>
      </w:pPr>
      <w:rPr/>
    </w:lvl>
    <w:lvl w:ilvl="5">
      <w:start w:val="1"/>
      <w:numFmt w:val="decimal"/>
      <w:lvlText w:val="%6."/>
      <w:lvlJc w:val="start"/>
      <w:pPr>
        <w:tabs>
          <w:tab w:val="num" w:pos="2520"/>
        </w:tabs>
        <w:ind w:start="2520" w:hanging="360"/>
      </w:pPr>
      <w:rPr/>
    </w:lvl>
    <w:lvl w:ilvl="6">
      <w:start w:val="1"/>
      <w:numFmt w:val="decimal"/>
      <w:lvlText w:val="%7."/>
      <w:lvlJc w:val="start"/>
      <w:pPr>
        <w:tabs>
          <w:tab w:val="num" w:pos="2880"/>
        </w:tabs>
        <w:ind w:start="2880" w:hanging="360"/>
      </w:pPr>
      <w:rPr/>
    </w:lvl>
    <w:lvl w:ilvl="7">
      <w:start w:val="1"/>
      <w:numFmt w:val="decimal"/>
      <w:lvlText w:val="%8."/>
      <w:lvlJc w:val="start"/>
      <w:pPr>
        <w:tabs>
          <w:tab w:val="num" w:pos="3240"/>
        </w:tabs>
        <w:ind w:start="3240" w:hanging="360"/>
      </w:pPr>
      <w:rPr/>
    </w:lvl>
    <w:lvl w:ilvl="8">
      <w:start w:val="1"/>
      <w:numFmt w:val="decimal"/>
      <w:lvlText w:val="%9."/>
      <w:lvlJc w:val="start"/>
      <w:pPr>
        <w:tabs>
          <w:tab w:val="num" w:pos="3600"/>
        </w:tabs>
        <w:ind w:start="3600" w:hanging="360"/>
      </w:pPr>
      <w:rPr/>
    </w:lvl>
  </w:abstractNum>
  <w:abstractNum w:abstractNumId="2">
    <w:lvl w:ilvl="0">
      <w:start w:val="1"/>
      <w:numFmt w:val="bullet"/>
      <w:lvlText w:val=""/>
      <w:lvlJc w:val="start"/>
      <w:pPr>
        <w:tabs>
          <w:tab w:val="num" w:pos="720"/>
        </w:tabs>
        <w:ind w:start="720" w:hanging="360"/>
      </w:pPr>
      <w:rPr>
        <w:rFonts w:ascii="Symbol" w:hAnsi="Symbol" w:cs="Symbol" w:hint="default"/>
      </w:rPr>
    </w:lvl>
    <w:lvl w:ilvl="1">
      <w:start w:val="1"/>
      <w:numFmt w:val="decimal"/>
      <w:lvlText w:val="%2."/>
      <w:lvlJc w:val="start"/>
      <w:pPr>
        <w:tabs>
          <w:tab w:val="num" w:pos="1080"/>
        </w:tabs>
        <w:ind w:start="1080" w:hanging="360"/>
      </w:pPr>
      <w:rPr/>
    </w:lvl>
    <w:lvl w:ilvl="2">
      <w:start w:val="1"/>
      <w:numFmt w:val="decimal"/>
      <w:lvlText w:val="%3."/>
      <w:lvlJc w:val="start"/>
      <w:pPr>
        <w:tabs>
          <w:tab w:val="num" w:pos="1440"/>
        </w:tabs>
        <w:ind w:start="1440" w:hanging="360"/>
      </w:pPr>
      <w:rPr/>
    </w:lvl>
    <w:lvl w:ilvl="3">
      <w:start w:val="1"/>
      <w:numFmt w:val="decimal"/>
      <w:lvlText w:val="%4."/>
      <w:lvlJc w:val="start"/>
      <w:pPr>
        <w:tabs>
          <w:tab w:val="num" w:pos="1800"/>
        </w:tabs>
        <w:ind w:start="1800" w:hanging="360"/>
      </w:pPr>
      <w:rPr/>
    </w:lvl>
    <w:lvl w:ilvl="4">
      <w:start w:val="1"/>
      <w:numFmt w:val="decimal"/>
      <w:lvlText w:val="%5."/>
      <w:lvlJc w:val="start"/>
      <w:pPr>
        <w:tabs>
          <w:tab w:val="num" w:pos="2160"/>
        </w:tabs>
        <w:ind w:start="2160" w:hanging="360"/>
      </w:pPr>
      <w:rPr/>
    </w:lvl>
    <w:lvl w:ilvl="5">
      <w:start w:val="1"/>
      <w:numFmt w:val="decimal"/>
      <w:lvlText w:val="%6."/>
      <w:lvlJc w:val="start"/>
      <w:pPr>
        <w:tabs>
          <w:tab w:val="num" w:pos="2520"/>
        </w:tabs>
        <w:ind w:start="2520" w:hanging="360"/>
      </w:pPr>
      <w:rPr/>
    </w:lvl>
    <w:lvl w:ilvl="6">
      <w:start w:val="1"/>
      <w:numFmt w:val="decimal"/>
      <w:lvlText w:val="%7."/>
      <w:lvlJc w:val="start"/>
      <w:pPr>
        <w:tabs>
          <w:tab w:val="num" w:pos="2880"/>
        </w:tabs>
        <w:ind w:start="2880" w:hanging="360"/>
      </w:pPr>
      <w:rPr/>
    </w:lvl>
    <w:lvl w:ilvl="7">
      <w:start w:val="1"/>
      <w:numFmt w:val="decimal"/>
      <w:lvlText w:val="%8."/>
      <w:lvlJc w:val="start"/>
      <w:pPr>
        <w:tabs>
          <w:tab w:val="num" w:pos="3240"/>
        </w:tabs>
        <w:ind w:start="3240" w:hanging="360"/>
      </w:pPr>
      <w:rPr/>
    </w:lvl>
    <w:lvl w:ilvl="8">
      <w:start w:val="1"/>
      <w:numFmt w:val="decimal"/>
      <w:lvlText w:val="%9."/>
      <w:lvlJc w:val="start"/>
      <w:pPr>
        <w:tabs>
          <w:tab w:val="num" w:pos="3600"/>
        </w:tabs>
        <w:ind w:start="3600" w:hanging="360"/>
      </w:pPr>
      <w:rPr/>
    </w:lvl>
  </w:abstractNum>
  <w:abstractNum w:abstractNumId="3">
    <w:lvl w:ilvl="0">
      <w:start w:val="1"/>
      <w:numFmt w:val="bullet"/>
      <w:lvlText w:val=""/>
      <w:lvlJc w:val="start"/>
      <w:pPr>
        <w:tabs>
          <w:tab w:val="num" w:pos="1080"/>
        </w:tabs>
        <w:ind w:start="1080" w:hanging="360"/>
      </w:pPr>
      <w:rPr>
        <w:rFonts w:ascii="Symbol" w:hAnsi="Symbol" w:cs="Symbol" w:hint="default"/>
      </w:rPr>
    </w:lvl>
    <w:lvl w:ilvl="1">
      <w:start w:val="1"/>
      <w:numFmt w:val="decimal"/>
      <w:lvlText w:val="%2."/>
      <w:lvlJc w:val="start"/>
      <w:pPr>
        <w:tabs>
          <w:tab w:val="num" w:pos="1080"/>
        </w:tabs>
        <w:ind w:start="1080" w:hanging="360"/>
      </w:pPr>
      <w:rPr/>
    </w:lvl>
    <w:lvl w:ilvl="2">
      <w:start w:val="1"/>
      <w:numFmt w:val="decimal"/>
      <w:lvlText w:val="%3."/>
      <w:lvlJc w:val="start"/>
      <w:pPr>
        <w:tabs>
          <w:tab w:val="num" w:pos="1440"/>
        </w:tabs>
        <w:ind w:start="1440" w:hanging="360"/>
      </w:pPr>
      <w:rPr/>
    </w:lvl>
    <w:lvl w:ilvl="3">
      <w:start w:val="1"/>
      <w:numFmt w:val="decimal"/>
      <w:lvlText w:val="%4."/>
      <w:lvlJc w:val="start"/>
      <w:pPr>
        <w:tabs>
          <w:tab w:val="num" w:pos="1800"/>
        </w:tabs>
        <w:ind w:start="1800" w:hanging="360"/>
      </w:pPr>
      <w:rPr/>
    </w:lvl>
    <w:lvl w:ilvl="4">
      <w:start w:val="1"/>
      <w:numFmt w:val="decimal"/>
      <w:lvlText w:val="%5."/>
      <w:lvlJc w:val="start"/>
      <w:pPr>
        <w:tabs>
          <w:tab w:val="num" w:pos="2160"/>
        </w:tabs>
        <w:ind w:start="2160" w:hanging="360"/>
      </w:pPr>
      <w:rPr/>
    </w:lvl>
    <w:lvl w:ilvl="5">
      <w:start w:val="1"/>
      <w:numFmt w:val="decimal"/>
      <w:lvlText w:val="%6."/>
      <w:lvlJc w:val="start"/>
      <w:pPr>
        <w:tabs>
          <w:tab w:val="num" w:pos="2520"/>
        </w:tabs>
        <w:ind w:start="2520" w:hanging="360"/>
      </w:pPr>
      <w:rPr/>
    </w:lvl>
    <w:lvl w:ilvl="6">
      <w:start w:val="1"/>
      <w:numFmt w:val="decimal"/>
      <w:lvlText w:val="%7."/>
      <w:lvlJc w:val="start"/>
      <w:pPr>
        <w:tabs>
          <w:tab w:val="num" w:pos="2880"/>
        </w:tabs>
        <w:ind w:start="2880" w:hanging="360"/>
      </w:pPr>
      <w:rPr/>
    </w:lvl>
    <w:lvl w:ilvl="7">
      <w:start w:val="1"/>
      <w:numFmt w:val="decimal"/>
      <w:lvlText w:val="%8."/>
      <w:lvlJc w:val="start"/>
      <w:pPr>
        <w:tabs>
          <w:tab w:val="num" w:pos="3240"/>
        </w:tabs>
        <w:ind w:start="3240" w:hanging="360"/>
      </w:pPr>
      <w:rPr/>
    </w:lvl>
    <w:lvl w:ilvl="8">
      <w:start w:val="1"/>
      <w:numFmt w:val="decimal"/>
      <w:lvlText w:val="%9."/>
      <w:lvlJc w:val="start"/>
      <w:pPr>
        <w:tabs>
          <w:tab w:val="num" w:pos="3600"/>
        </w:tabs>
        <w:ind w:start="3600" w:hanging="360"/>
      </w:pPr>
      <w:rPr/>
    </w:lvl>
  </w:abstractNum>
  <w:abstractNum w:abstractNumId="4">
    <w:lvl w:ilvl="0">
      <w:start w:val="1"/>
      <w:numFmt w:val="decimal"/>
      <w:lvlText w:val="%1."/>
      <w:lvlJc w:val="start"/>
      <w:pPr>
        <w:tabs>
          <w:tab w:val="num" w:pos="360"/>
        </w:tabs>
        <w:ind w:start="360" w:hanging="360"/>
      </w:pPr>
      <w:rPr/>
    </w:lvl>
    <w:lvl w:ilvl="1">
      <w:start w:val="1"/>
      <w:numFmt w:val="decimal"/>
      <w:lvlText w:val="%2."/>
      <w:lvlJc w:val="start"/>
      <w:pPr>
        <w:tabs>
          <w:tab w:val="num" w:pos="1080"/>
        </w:tabs>
        <w:ind w:start="1080" w:hanging="360"/>
      </w:pPr>
      <w:rPr/>
    </w:lvl>
    <w:lvl w:ilvl="2">
      <w:start w:val="1"/>
      <w:numFmt w:val="decimal"/>
      <w:lvlText w:val="%3."/>
      <w:lvlJc w:val="start"/>
      <w:pPr>
        <w:tabs>
          <w:tab w:val="num" w:pos="1440"/>
        </w:tabs>
        <w:ind w:start="1440" w:hanging="360"/>
      </w:pPr>
      <w:rPr/>
    </w:lvl>
    <w:lvl w:ilvl="3">
      <w:start w:val="1"/>
      <w:numFmt w:val="decimal"/>
      <w:lvlText w:val="%4."/>
      <w:lvlJc w:val="start"/>
      <w:pPr>
        <w:tabs>
          <w:tab w:val="num" w:pos="1800"/>
        </w:tabs>
        <w:ind w:start="1800" w:hanging="360"/>
      </w:pPr>
      <w:rPr/>
    </w:lvl>
    <w:lvl w:ilvl="4">
      <w:start w:val="1"/>
      <w:numFmt w:val="decimal"/>
      <w:lvlText w:val="%5."/>
      <w:lvlJc w:val="start"/>
      <w:pPr>
        <w:tabs>
          <w:tab w:val="num" w:pos="2160"/>
        </w:tabs>
        <w:ind w:start="2160" w:hanging="360"/>
      </w:pPr>
      <w:rPr/>
    </w:lvl>
    <w:lvl w:ilvl="5">
      <w:start w:val="1"/>
      <w:numFmt w:val="decimal"/>
      <w:lvlText w:val="%6."/>
      <w:lvlJc w:val="start"/>
      <w:pPr>
        <w:tabs>
          <w:tab w:val="num" w:pos="2520"/>
        </w:tabs>
        <w:ind w:start="2520" w:hanging="360"/>
      </w:pPr>
      <w:rPr/>
    </w:lvl>
    <w:lvl w:ilvl="6">
      <w:start w:val="1"/>
      <w:numFmt w:val="decimal"/>
      <w:lvlText w:val="%7."/>
      <w:lvlJc w:val="start"/>
      <w:pPr>
        <w:tabs>
          <w:tab w:val="num" w:pos="2880"/>
        </w:tabs>
        <w:ind w:start="2880" w:hanging="360"/>
      </w:pPr>
      <w:rPr/>
    </w:lvl>
    <w:lvl w:ilvl="7">
      <w:start w:val="1"/>
      <w:numFmt w:val="decimal"/>
      <w:lvlText w:val="%8."/>
      <w:lvlJc w:val="start"/>
      <w:pPr>
        <w:tabs>
          <w:tab w:val="num" w:pos="3240"/>
        </w:tabs>
        <w:ind w:start="3240" w:hanging="360"/>
      </w:pPr>
      <w:rPr/>
    </w:lvl>
    <w:lvl w:ilvl="8">
      <w:start w:val="1"/>
      <w:numFmt w:val="decimal"/>
      <w:lvlText w:val="%9."/>
      <w:lvlJc w:val="start"/>
      <w:pPr>
        <w:tabs>
          <w:tab w:val="num" w:pos="3600"/>
        </w:tabs>
        <w:ind w:start="3600" w:hanging="360"/>
      </w:pPr>
      <w:rPr/>
    </w:lvl>
  </w:abstractNum>
  <w:abstractNum w:abstractNumId="5">
    <w:lvl w:ilvl="0">
      <w:start w:val="1"/>
      <w:numFmt w:val="decimal"/>
      <w:lvlText w:val="%1."/>
      <w:lvlJc w:val="start"/>
      <w:pPr>
        <w:tabs>
          <w:tab w:val="num" w:pos="720"/>
        </w:tabs>
        <w:ind w:start="720" w:hanging="360"/>
      </w:pPr>
      <w:rPr/>
    </w:lvl>
    <w:lvl w:ilvl="1">
      <w:start w:val="1"/>
      <w:numFmt w:val="decimal"/>
      <w:lvlText w:val="%2."/>
      <w:lvlJc w:val="start"/>
      <w:pPr>
        <w:tabs>
          <w:tab w:val="num" w:pos="1080"/>
        </w:tabs>
        <w:ind w:start="1080" w:hanging="360"/>
      </w:pPr>
      <w:rPr/>
    </w:lvl>
    <w:lvl w:ilvl="2">
      <w:start w:val="1"/>
      <w:numFmt w:val="decimal"/>
      <w:lvlText w:val="%3."/>
      <w:lvlJc w:val="start"/>
      <w:pPr>
        <w:tabs>
          <w:tab w:val="num" w:pos="1440"/>
        </w:tabs>
        <w:ind w:start="1440" w:hanging="360"/>
      </w:pPr>
      <w:rPr/>
    </w:lvl>
    <w:lvl w:ilvl="3">
      <w:start w:val="1"/>
      <w:numFmt w:val="decimal"/>
      <w:lvlText w:val="%4."/>
      <w:lvlJc w:val="start"/>
      <w:pPr>
        <w:tabs>
          <w:tab w:val="num" w:pos="1800"/>
        </w:tabs>
        <w:ind w:start="1800" w:hanging="360"/>
      </w:pPr>
      <w:rPr/>
    </w:lvl>
    <w:lvl w:ilvl="4">
      <w:start w:val="1"/>
      <w:numFmt w:val="decimal"/>
      <w:lvlText w:val="%5."/>
      <w:lvlJc w:val="start"/>
      <w:pPr>
        <w:tabs>
          <w:tab w:val="num" w:pos="2160"/>
        </w:tabs>
        <w:ind w:start="2160" w:hanging="360"/>
      </w:pPr>
      <w:rPr/>
    </w:lvl>
    <w:lvl w:ilvl="5">
      <w:start w:val="1"/>
      <w:numFmt w:val="decimal"/>
      <w:lvlText w:val="%6."/>
      <w:lvlJc w:val="start"/>
      <w:pPr>
        <w:tabs>
          <w:tab w:val="num" w:pos="2520"/>
        </w:tabs>
        <w:ind w:start="2520" w:hanging="360"/>
      </w:pPr>
      <w:rPr/>
    </w:lvl>
    <w:lvl w:ilvl="6">
      <w:start w:val="1"/>
      <w:numFmt w:val="decimal"/>
      <w:lvlText w:val="%7."/>
      <w:lvlJc w:val="start"/>
      <w:pPr>
        <w:tabs>
          <w:tab w:val="num" w:pos="2880"/>
        </w:tabs>
        <w:ind w:start="2880" w:hanging="360"/>
      </w:pPr>
      <w:rPr/>
    </w:lvl>
    <w:lvl w:ilvl="7">
      <w:start w:val="1"/>
      <w:numFmt w:val="decimal"/>
      <w:lvlText w:val="%8."/>
      <w:lvlJc w:val="start"/>
      <w:pPr>
        <w:tabs>
          <w:tab w:val="num" w:pos="3240"/>
        </w:tabs>
        <w:ind w:start="3240" w:hanging="360"/>
      </w:pPr>
      <w:rPr/>
    </w:lvl>
    <w:lvl w:ilvl="8">
      <w:start w:val="1"/>
      <w:numFmt w:val="decimal"/>
      <w:lvlText w:val="%9."/>
      <w:lvlJc w:val="start"/>
      <w:pPr>
        <w:tabs>
          <w:tab w:val="num" w:pos="3600"/>
        </w:tabs>
        <w:ind w:start="3600" w:hanging="360"/>
      </w:pPr>
      <w:rPr/>
    </w:lvl>
  </w:abstractNum>
  <w:abstractNum w:abstractNumId="6">
    <w:lvl w:ilvl="0">
      <w:start w:val="1"/>
      <w:numFmt w:val="decimal"/>
      <w:lvlText w:val="%1."/>
      <w:lvlJc w:val="start"/>
      <w:pPr>
        <w:tabs>
          <w:tab w:val="num" w:pos="1080"/>
        </w:tabs>
        <w:ind w:start="1080" w:hanging="360"/>
      </w:pPr>
      <w:rPr/>
    </w:lvl>
    <w:lvl w:ilvl="1">
      <w:start w:val="1"/>
      <w:numFmt w:val="decimal"/>
      <w:lvlText w:val="%2."/>
      <w:lvlJc w:val="start"/>
      <w:pPr>
        <w:tabs>
          <w:tab w:val="num" w:pos="1080"/>
        </w:tabs>
        <w:ind w:start="1080" w:hanging="360"/>
      </w:pPr>
      <w:rPr/>
    </w:lvl>
    <w:lvl w:ilvl="2">
      <w:start w:val="1"/>
      <w:numFmt w:val="decimal"/>
      <w:lvlText w:val="%3."/>
      <w:lvlJc w:val="start"/>
      <w:pPr>
        <w:tabs>
          <w:tab w:val="num" w:pos="1440"/>
        </w:tabs>
        <w:ind w:start="1440" w:hanging="360"/>
      </w:pPr>
      <w:rPr/>
    </w:lvl>
    <w:lvl w:ilvl="3">
      <w:start w:val="1"/>
      <w:numFmt w:val="decimal"/>
      <w:lvlText w:val="%4."/>
      <w:lvlJc w:val="start"/>
      <w:pPr>
        <w:tabs>
          <w:tab w:val="num" w:pos="1800"/>
        </w:tabs>
        <w:ind w:start="1800" w:hanging="360"/>
      </w:pPr>
      <w:rPr/>
    </w:lvl>
    <w:lvl w:ilvl="4">
      <w:start w:val="1"/>
      <w:numFmt w:val="decimal"/>
      <w:lvlText w:val="%5."/>
      <w:lvlJc w:val="start"/>
      <w:pPr>
        <w:tabs>
          <w:tab w:val="num" w:pos="2160"/>
        </w:tabs>
        <w:ind w:start="2160" w:hanging="360"/>
      </w:pPr>
      <w:rPr/>
    </w:lvl>
    <w:lvl w:ilvl="5">
      <w:start w:val="1"/>
      <w:numFmt w:val="decimal"/>
      <w:lvlText w:val="%6."/>
      <w:lvlJc w:val="start"/>
      <w:pPr>
        <w:tabs>
          <w:tab w:val="num" w:pos="2520"/>
        </w:tabs>
        <w:ind w:start="2520" w:hanging="360"/>
      </w:pPr>
      <w:rPr/>
    </w:lvl>
    <w:lvl w:ilvl="6">
      <w:start w:val="1"/>
      <w:numFmt w:val="decimal"/>
      <w:lvlText w:val="%7."/>
      <w:lvlJc w:val="start"/>
      <w:pPr>
        <w:tabs>
          <w:tab w:val="num" w:pos="2880"/>
        </w:tabs>
        <w:ind w:start="2880" w:hanging="360"/>
      </w:pPr>
      <w:rPr/>
    </w:lvl>
    <w:lvl w:ilvl="7">
      <w:start w:val="1"/>
      <w:numFmt w:val="decimal"/>
      <w:lvlText w:val="%8."/>
      <w:lvlJc w:val="start"/>
      <w:pPr>
        <w:tabs>
          <w:tab w:val="num" w:pos="3240"/>
        </w:tabs>
        <w:ind w:start="3240" w:hanging="360"/>
      </w:pPr>
      <w:rPr/>
    </w:lvl>
    <w:lvl w:ilvl="8">
      <w:start w:val="1"/>
      <w:numFmt w:val="decimal"/>
      <w:lvlText w:val="%9."/>
      <w:lvlJc w:val="start"/>
      <w:pPr>
        <w:tabs>
          <w:tab w:val="num" w:pos="3600"/>
        </w:tabs>
        <w:ind w:start="3600" w:hanging="360"/>
      </w:pPr>
      <w:rPr/>
    </w:lvl>
  </w:abstractNum>
  <w:abstractNum w:abstractNumId="7">
    <w:lvl w:ilvl="0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1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2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3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4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5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6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7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8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</w:numbering>
</file>

<file path=word/settings.xml><?xml version="1.0" encoding="utf-8"?>
<w:settings xmlns:w="http://schemas.openxmlformats.org/wordprocessingml/2006/main">
  <w:zoom w:percent="90"/>
  <w:defaultTabStop w:val="720"/>
  <w:autoHyphenation w:val="true"/>
  <w:hyphenationZone w:val="0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themeFontLang w:val="en-US" w:eastAsia="ja-JP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mbria" w:hAnsi="Cambria" w:eastAsia="" w:cs="" w:asciiTheme="minorHAnsi" w:cstheme="minorBidi" w:eastAsiaTheme="minorEastAsia" w:hAnsiTheme="minorHAnsi"/>
        <w:sz w:val="22"/>
        <w:szCs w:val="22"/>
        <w:lang w:val="en-US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1" w:defUnhideWhenUsed="1" w:defQFormat="0" w:count="276">
    <w:lsdException w:name="Normal" w:uiPriority="0" w:semiHidden="0" w:unhideWhenUsed="0" w:qFormat="1"/>
    <w:lsdException w:name="heading 1" w:uiPriority="9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10" w:semiHidden="0" w:unhideWhenUsed="0" w:qFormat="1"/>
    <w:lsdException w:name="Default Paragraph Font" w:uiPriority="1"/>
    <w:lsdException w:name="Subtitle" w:uiPriority="11" w:semiHidden="0" w:unhideWhenUsed="0" w:qFormat="1"/>
    <w:lsdException w:name="Strong" w:uiPriority="22" w:semiHidden="0" w:unhideWhenUsed="0" w:qFormat="1"/>
    <w:lsdException w:name="Emphasis" w:uiPriority="20" w:semiHidden="0" w:unhideWhenUsed="0" w:qFormat="1"/>
    <w:lsdException w:name="Table Grid" w:uiPriority="59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rsid w:val="00fc693f"/>
    <w:pPr>
      <w:widowControl/>
      <w:suppressAutoHyphens w:val="true"/>
      <w:bidi w:val="0"/>
      <w:spacing w:lineRule="auto" w:line="276" w:before="0" w:after="200"/>
      <w:jc w:val="start"/>
    </w:pPr>
    <w:rPr>
      <w:rFonts w:ascii="Cambria" w:hAnsi="Cambria" w:eastAsia="" w:cs="" w:asciiTheme="minorHAnsi" w:cstheme="minorBidi" w:eastAsiaTheme="minorEastAsia" w:hAnsiTheme="minorHAnsi"/>
      <w:color w:val="auto"/>
      <w:kern w:val="0"/>
      <w:sz w:val="22"/>
      <w:szCs w:val="22"/>
      <w:lang w:val="en-US" w:eastAsia="en-US" w:bidi="ar-SA"/>
    </w:rPr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 w:val="true"/>
      <w:keepLines/>
      <w:spacing w:before="480" w:after="0"/>
      <w:outlineLvl w:val="0"/>
    </w:pPr>
    <w:rPr>
      <w:rFonts w:ascii="Calibri" w:hAnsi="Calibri" w:eastAsia="" w:cs="" w:asciiTheme="majorHAnsi" w:cstheme="majorBidi" w:eastAsiaTheme="majorEastAsia" w:hAnsiTheme="majorHAnsi"/>
      <w:b/>
      <w:bCs/>
      <w:color w:themeColor="accent1" w:themeShade="bf" w:val="365F91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 w:val="true"/>
      <w:keepLines/>
      <w:spacing w:before="200" w:after="0"/>
      <w:outlineLvl w:val="1"/>
    </w:pPr>
    <w:rPr>
      <w:rFonts w:ascii="Calibri" w:hAnsi="Calibri" w:eastAsia="" w:cs="" w:asciiTheme="majorHAnsi" w:cstheme="majorBidi" w:eastAsiaTheme="majorEastAsia" w:hAnsiTheme="majorHAnsi"/>
      <w:b/>
      <w:bCs/>
      <w:color w:themeColor="accent1" w:val="4F81BD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 w:val="true"/>
      <w:keepLines/>
      <w:spacing w:before="200" w:after="0"/>
      <w:outlineLvl w:val="2"/>
    </w:pPr>
    <w:rPr>
      <w:rFonts w:ascii="Calibri" w:hAnsi="Calibri" w:eastAsia="" w:cs="" w:asciiTheme="majorHAnsi" w:cstheme="majorBidi" w:eastAsiaTheme="majorEastAsia" w:hAnsiTheme="majorHAnsi"/>
      <w:b/>
      <w:bCs/>
      <w:color w:themeColor="accent1" w:val="4F81BD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 w:val="true"/>
      <w:keepLines/>
      <w:spacing w:before="200" w:after="0"/>
      <w:outlineLvl w:val="3"/>
    </w:pPr>
    <w:rPr>
      <w:rFonts w:ascii="Calibri" w:hAnsi="Calibri" w:eastAsia="" w:cs="" w:asciiTheme="majorHAnsi" w:cstheme="majorBidi" w:eastAsiaTheme="majorEastAsia" w:hAnsiTheme="majorHAnsi"/>
      <w:b/>
      <w:bCs/>
      <w:i/>
      <w:iCs/>
      <w:color w:themeColor="accent1" w:val="4F81BD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 w:val="true"/>
      <w:keepLines/>
      <w:spacing w:before="200" w:after="0"/>
      <w:outlineLvl w:val="4"/>
    </w:pPr>
    <w:rPr>
      <w:rFonts w:ascii="Calibri" w:hAnsi="Calibri" w:eastAsia="" w:cs="" w:asciiTheme="majorHAnsi" w:cstheme="majorBidi" w:eastAsiaTheme="majorEastAsia" w:hAnsiTheme="majorHAnsi"/>
      <w:color w:themeColor="accent1" w:themeShade="7f" w:val="243F60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 w:val="true"/>
      <w:keepLines/>
      <w:spacing w:before="200" w:after="0"/>
      <w:outlineLvl w:val="5"/>
    </w:pPr>
    <w:rPr>
      <w:rFonts w:ascii="Calibri" w:hAnsi="Calibri" w:eastAsia="" w:cs="" w:asciiTheme="majorHAnsi" w:cstheme="majorBidi" w:eastAsiaTheme="majorEastAsia" w:hAnsiTheme="majorHAnsi"/>
      <w:i/>
      <w:iCs/>
      <w:color w:themeColor="accent1" w:themeShade="7f" w:val="243F60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 w:val="true"/>
      <w:keepLines/>
      <w:spacing w:before="200" w:after="0"/>
      <w:outlineLvl w:val="6"/>
    </w:pPr>
    <w:rPr>
      <w:rFonts w:ascii="Calibri" w:hAnsi="Calibri" w:eastAsia="" w:cs="" w:asciiTheme="majorHAnsi" w:cstheme="majorBidi" w:eastAsiaTheme="majorEastAsia" w:hAnsiTheme="majorHAnsi"/>
      <w:i/>
      <w:iCs/>
      <w:color w:themeColor="text1" w:themeTint="bf" w:val="404040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 w:val="true"/>
      <w:keepLines/>
      <w:spacing w:before="200" w:after="0"/>
      <w:outlineLvl w:val="7"/>
    </w:pPr>
    <w:rPr>
      <w:rFonts w:ascii="Calibri" w:hAnsi="Calibri" w:eastAsia="" w:cs="" w:asciiTheme="majorHAnsi" w:cstheme="majorBidi" w:eastAsiaTheme="majorEastAsia" w:hAnsiTheme="majorHAnsi"/>
      <w:color w:themeColor="accent1" w:val="4F81BD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 w:val="true"/>
      <w:keepLines/>
      <w:spacing w:before="200" w:after="0"/>
      <w:outlineLvl w:val="8"/>
    </w:pPr>
    <w:rPr>
      <w:rFonts w:ascii="Calibri" w:hAnsi="Calibri" w:eastAsia="" w:cs="" w:asciiTheme="majorHAnsi" w:cstheme="majorBidi" w:eastAsiaTheme="majorEastAsia" w:hAnsiTheme="majorHAnsi"/>
      <w:i/>
      <w:iCs/>
      <w:color w:themeColor="text1" w:themeTint="bf" w:val="404040"/>
      <w:sz w:val="20"/>
      <w:szCs w:val="20"/>
    </w:rPr>
  </w:style>
  <w:style w:type="character" w:styleId="HeaderChar" w:customStyle="1">
    <w:name w:val="Header Char"/>
    <w:basedOn w:val="DefaultParagraphFont"/>
    <w:link w:val="Header"/>
    <w:uiPriority w:val="99"/>
    <w:qFormat/>
    <w:rsid w:val="00e618bf"/>
    <w:rPr/>
  </w:style>
  <w:style w:type="character" w:styleId="FooterChar" w:customStyle="1">
    <w:name w:val="Footer Char"/>
    <w:basedOn w:val="DefaultParagraphFont"/>
    <w:link w:val="Footer"/>
    <w:uiPriority w:val="99"/>
    <w:qFormat/>
    <w:rsid w:val="00e618bf"/>
    <w:rPr/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Heading1Char" w:customStyle="1">
    <w:name w:val="Heading 1 Char"/>
    <w:basedOn w:val="DefaultParagraphFont"/>
    <w:link w:val="Heading1"/>
    <w:uiPriority w:val="9"/>
    <w:qFormat/>
    <w:rsid w:val="00fc693f"/>
    <w:rPr>
      <w:rFonts w:ascii="Calibri" w:hAnsi="Calibri" w:eastAsia="" w:cs="" w:asciiTheme="majorHAnsi" w:cstheme="majorBidi" w:eastAsiaTheme="majorEastAsia" w:hAnsiTheme="majorHAnsi"/>
      <w:b/>
      <w:bCs/>
      <w:color w:themeColor="accent1" w:themeShade="bf" w:val="365F91"/>
      <w:sz w:val="28"/>
      <w:szCs w:val="28"/>
    </w:rPr>
  </w:style>
  <w:style w:type="character" w:styleId="Heading2Char" w:customStyle="1">
    <w:name w:val="Heading 2 Char"/>
    <w:basedOn w:val="DefaultParagraphFont"/>
    <w:link w:val="Heading2"/>
    <w:uiPriority w:val="9"/>
    <w:qFormat/>
    <w:rsid w:val="00fc693f"/>
    <w:rPr>
      <w:rFonts w:ascii="Calibri" w:hAnsi="Calibri" w:eastAsia="" w:cs="" w:asciiTheme="majorHAnsi" w:cstheme="majorBidi" w:eastAsiaTheme="majorEastAsia" w:hAnsiTheme="majorHAnsi"/>
      <w:b/>
      <w:bCs/>
      <w:color w:themeColor="accent1" w:val="4F81BD"/>
      <w:sz w:val="26"/>
      <w:szCs w:val="26"/>
    </w:rPr>
  </w:style>
  <w:style w:type="character" w:styleId="Heading3Char" w:customStyle="1">
    <w:name w:val="Heading 3 Char"/>
    <w:basedOn w:val="DefaultParagraphFont"/>
    <w:link w:val="Heading3"/>
    <w:uiPriority w:val="9"/>
    <w:qFormat/>
    <w:rsid w:val="00fc693f"/>
    <w:rPr>
      <w:rFonts w:ascii="Calibri" w:hAnsi="Calibri" w:eastAsia="" w:cs="" w:asciiTheme="majorHAnsi" w:cstheme="majorBidi" w:eastAsiaTheme="majorEastAsia" w:hAnsiTheme="majorHAnsi"/>
      <w:b/>
      <w:bCs/>
      <w:color w:themeColor="accent1" w:val="4F81BD"/>
    </w:rPr>
  </w:style>
  <w:style w:type="character" w:styleId="TitleChar" w:customStyle="1">
    <w:name w:val="Title Char"/>
    <w:basedOn w:val="DefaultParagraphFont"/>
    <w:link w:val="Title"/>
    <w:uiPriority w:val="10"/>
    <w:qFormat/>
    <w:rsid w:val="00fc693f"/>
    <w:rPr>
      <w:rFonts w:ascii="Calibri" w:hAnsi="Calibri" w:eastAsia="" w:cs="" w:asciiTheme="majorHAnsi" w:cstheme="majorBidi" w:eastAsiaTheme="majorEastAsia" w:hAnsiTheme="majorHAnsi"/>
      <w:color w:themeColor="text2" w:themeShade="bf" w:val="17365D"/>
      <w:spacing w:val="5"/>
      <w:kern w:val="2"/>
      <w:sz w:val="52"/>
      <w:szCs w:val="52"/>
    </w:rPr>
  </w:style>
  <w:style w:type="character" w:styleId="SubtitleChar" w:customStyle="1">
    <w:name w:val="Subtitle Char"/>
    <w:basedOn w:val="DefaultParagraphFont"/>
    <w:link w:val="Subtitle"/>
    <w:uiPriority w:val="11"/>
    <w:qFormat/>
    <w:rsid w:val="00fc693f"/>
    <w:rPr>
      <w:rFonts w:ascii="Calibri" w:hAnsi="Calibri" w:eastAsia="" w:cs="" w:asciiTheme="majorHAnsi" w:cstheme="majorBidi" w:eastAsiaTheme="majorEastAsia" w:hAnsiTheme="majorHAnsi"/>
      <w:i/>
      <w:iCs/>
      <w:color w:themeColor="accent1" w:val="4F81BD"/>
      <w:spacing w:val="15"/>
      <w:sz w:val="24"/>
      <w:szCs w:val="24"/>
    </w:rPr>
  </w:style>
  <w:style w:type="character" w:styleId="BodyTextChar" w:customStyle="1">
    <w:name w:val="Body Text Char"/>
    <w:basedOn w:val="DefaultParagraphFont"/>
    <w:uiPriority w:val="99"/>
    <w:qFormat/>
    <w:rsid w:val="00aa1d8d"/>
    <w:rPr/>
  </w:style>
  <w:style w:type="character" w:styleId="BodyText2Char" w:customStyle="1">
    <w:name w:val="Body Text 2 Char"/>
    <w:basedOn w:val="DefaultParagraphFont"/>
    <w:link w:val="BodyText2"/>
    <w:uiPriority w:val="99"/>
    <w:qFormat/>
    <w:rsid w:val="00aa1d8d"/>
    <w:rPr/>
  </w:style>
  <w:style w:type="character" w:styleId="BodyText3Char" w:customStyle="1">
    <w:name w:val="Body Text 3 Char"/>
    <w:basedOn w:val="DefaultParagraphFont"/>
    <w:link w:val="BodyText3"/>
    <w:uiPriority w:val="99"/>
    <w:qFormat/>
    <w:rsid w:val="00aa1d8d"/>
    <w:rPr>
      <w:sz w:val="16"/>
      <w:szCs w:val="16"/>
    </w:rPr>
  </w:style>
  <w:style w:type="character" w:styleId="MacroTextChar" w:customStyle="1">
    <w:name w:val="Macro Text Char"/>
    <w:basedOn w:val="DefaultParagraphFont"/>
    <w:link w:val="MacroText"/>
    <w:uiPriority w:val="99"/>
    <w:qFormat/>
    <w:rsid w:val="0029639d"/>
    <w:rPr>
      <w:rFonts w:ascii="Courier" w:hAnsi="Courier"/>
      <w:sz w:val="20"/>
      <w:szCs w:val="20"/>
    </w:rPr>
  </w:style>
  <w:style w:type="character" w:styleId="QuoteChar" w:customStyle="1">
    <w:name w:val="Quote Char"/>
    <w:basedOn w:val="DefaultParagraphFont"/>
    <w:link w:val="Quote"/>
    <w:uiPriority w:val="29"/>
    <w:qFormat/>
    <w:rsid w:val="00fc693f"/>
    <w:rPr>
      <w:i/>
      <w:iCs/>
      <w:color w:themeColor="text1" w:val="000000"/>
    </w:rPr>
  </w:style>
  <w:style w:type="character" w:styleId="Heading4Char" w:customStyle="1">
    <w:name w:val="Heading 4 Char"/>
    <w:basedOn w:val="DefaultParagraphFont"/>
    <w:link w:val="Heading4"/>
    <w:uiPriority w:val="9"/>
    <w:semiHidden/>
    <w:qFormat/>
    <w:rsid w:val="00fc693f"/>
    <w:rPr>
      <w:rFonts w:ascii="Calibri" w:hAnsi="Calibri" w:eastAsia="" w:cs="" w:asciiTheme="majorHAnsi" w:cstheme="majorBidi" w:eastAsiaTheme="majorEastAsia" w:hAnsiTheme="majorHAnsi"/>
      <w:b/>
      <w:bCs/>
      <w:i/>
      <w:iCs/>
      <w:color w:themeColor="accent1" w:val="4F81BD"/>
    </w:rPr>
  </w:style>
  <w:style w:type="character" w:styleId="Heading5Char" w:customStyle="1">
    <w:name w:val="Heading 5 Char"/>
    <w:basedOn w:val="DefaultParagraphFont"/>
    <w:link w:val="Heading5"/>
    <w:uiPriority w:val="9"/>
    <w:semiHidden/>
    <w:qFormat/>
    <w:rsid w:val="00fc693f"/>
    <w:rPr>
      <w:rFonts w:ascii="Calibri" w:hAnsi="Calibri" w:eastAsia="" w:cs="" w:asciiTheme="majorHAnsi" w:cstheme="majorBidi" w:eastAsiaTheme="majorEastAsia" w:hAnsiTheme="majorHAnsi"/>
      <w:color w:themeColor="accent1" w:themeShade="7f" w:val="243F60"/>
    </w:rPr>
  </w:style>
  <w:style w:type="character" w:styleId="Heading6Char" w:customStyle="1">
    <w:name w:val="Heading 6 Char"/>
    <w:basedOn w:val="DefaultParagraphFont"/>
    <w:link w:val="Heading6"/>
    <w:uiPriority w:val="9"/>
    <w:semiHidden/>
    <w:qFormat/>
    <w:rsid w:val="00fc693f"/>
    <w:rPr>
      <w:rFonts w:ascii="Calibri" w:hAnsi="Calibri" w:eastAsia="" w:cs="" w:asciiTheme="majorHAnsi" w:cstheme="majorBidi" w:eastAsiaTheme="majorEastAsia" w:hAnsiTheme="majorHAnsi"/>
      <w:i/>
      <w:iCs/>
      <w:color w:themeColor="accent1" w:themeShade="7f" w:val="243F60"/>
    </w:rPr>
  </w:style>
  <w:style w:type="character" w:styleId="Heading7Char" w:customStyle="1">
    <w:name w:val="Heading 7 Char"/>
    <w:basedOn w:val="DefaultParagraphFont"/>
    <w:link w:val="Heading7"/>
    <w:uiPriority w:val="9"/>
    <w:semiHidden/>
    <w:qFormat/>
    <w:rsid w:val="00fc693f"/>
    <w:rPr>
      <w:rFonts w:ascii="Calibri" w:hAnsi="Calibri" w:eastAsia="" w:cs="" w:asciiTheme="majorHAnsi" w:cstheme="majorBidi" w:eastAsiaTheme="majorEastAsia" w:hAnsiTheme="majorHAnsi"/>
      <w:i/>
      <w:iCs/>
      <w:color w:themeColor="text1" w:themeTint="bf" w:val="404040"/>
    </w:rPr>
  </w:style>
  <w:style w:type="character" w:styleId="Heading8Char" w:customStyle="1">
    <w:name w:val="Heading 8 Char"/>
    <w:basedOn w:val="DefaultParagraphFont"/>
    <w:link w:val="Heading8"/>
    <w:uiPriority w:val="9"/>
    <w:semiHidden/>
    <w:qFormat/>
    <w:rsid w:val="00fc693f"/>
    <w:rPr>
      <w:rFonts w:ascii="Calibri" w:hAnsi="Calibri" w:eastAsia="" w:cs="" w:asciiTheme="majorHAnsi" w:cstheme="majorBidi" w:eastAsiaTheme="majorEastAsia" w:hAnsiTheme="majorHAnsi"/>
      <w:color w:themeColor="accent1" w:val="4F81BD"/>
      <w:sz w:val="20"/>
      <w:szCs w:val="20"/>
    </w:rPr>
  </w:style>
  <w:style w:type="character" w:styleId="Heading9Char" w:customStyle="1">
    <w:name w:val="Heading 9 Char"/>
    <w:basedOn w:val="DefaultParagraphFont"/>
    <w:link w:val="Heading9"/>
    <w:uiPriority w:val="9"/>
    <w:semiHidden/>
    <w:qFormat/>
    <w:rsid w:val="00fc693f"/>
    <w:rPr>
      <w:rFonts w:ascii="Calibri" w:hAnsi="Calibri" w:eastAsia="" w:cs="" w:asciiTheme="majorHAnsi" w:cstheme="majorBidi" w:eastAsiaTheme="majorEastAsia" w:hAnsiTheme="majorHAnsi"/>
      <w:i/>
      <w:iCs/>
      <w:color w:themeColor="text1" w:themeTint="bf" w:val="404040"/>
      <w:sz w:val="20"/>
      <w:szCs w:val="20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character" w:styleId="IntenseQuoteChar" w:customStyle="1">
    <w:name w:val="Intense Quote Char"/>
    <w:basedOn w:val="DefaultParagraphFont"/>
    <w:link w:val="IntenseQuote"/>
    <w:uiPriority w:val="30"/>
    <w:qFormat/>
    <w:rsid w:val="00fc693f"/>
    <w:rPr>
      <w:b/>
      <w:bCs/>
      <w:i/>
      <w:iCs/>
      <w:color w:themeColor="accent1" w:val="4F81BD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themeColor="text1" w:themeTint="7f" w:val="808080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themeColor="accent1" w:val="4F81BD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themeColor="accent2" w:val="C0504D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themeColor="accent2" w:val="C0504D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Heading">
    <w:name w:val="Heading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Lucida Sans"/>
      <w:sz w:val="28"/>
      <w:szCs w:val="28"/>
    </w:r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before="0" w:after="120"/>
    </w:pPr>
    <w:rPr/>
  </w:style>
  <w:style w:type="paragraph" w:styleId="List">
    <w:name w:val="List"/>
    <w:basedOn w:val="Normal"/>
    <w:uiPriority w:val="99"/>
    <w:unhideWhenUsed/>
    <w:rsid w:val="00aa1d8d"/>
    <w:pPr>
      <w:spacing w:before="0" w:after="200"/>
      <w:ind w:hanging="360" w:start="360"/>
      <w:contextualSpacing/>
    </w:pPr>
    <w:rPr/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Rule="auto" w:line="240"/>
    </w:pPr>
    <w:rPr>
      <w:b/>
      <w:bCs/>
      <w:color w:themeColor="accent1" w:val="4F81BD"/>
      <w:sz w:val="18"/>
      <w:szCs w:val="18"/>
    </w:rPr>
  </w:style>
  <w:style w:type="paragraph" w:styleId="Index">
    <w:name w:val="Index"/>
    <w:basedOn w:val="Normal"/>
    <w:qFormat/>
    <w:pPr>
      <w:suppressLineNumbers/>
    </w:pPr>
    <w:rPr>
      <w:rFonts w:cs="Lucida Sans"/>
    </w:rPr>
  </w:style>
  <w:style w:type="paragraph" w:styleId="HeaderandFooter">
    <w:name w:val="Header and Footer"/>
    <w:basedOn w:val="Normal"/>
    <w:qFormat/>
    <w:pPr/>
    <w:rPr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lear" w:pos="720"/>
        <w:tab w:val="center" w:pos="4680" w:leader="none"/>
        <w:tab w:val="right" w:pos="9360" w:leader="none"/>
      </w:tabs>
      <w:spacing w:lineRule="auto" w:line="240" w:before="0" w:after="0"/>
    </w:pPr>
    <w:rPr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lear" w:pos="720"/>
        <w:tab w:val="center" w:pos="4680" w:leader="none"/>
        <w:tab w:val="right" w:pos="9360" w:leader="none"/>
      </w:tabs>
      <w:spacing w:lineRule="auto" w:line="240" w:before="0" w:after="0"/>
    </w:pPr>
    <w:rPr/>
  </w:style>
  <w:style w:type="paragraph" w:styleId="NoSpacing">
    <w:name w:val="No Spacing"/>
    <w:uiPriority w:val="1"/>
    <w:qFormat/>
    <w:rsid w:val="00fc693f"/>
    <w:pPr>
      <w:widowControl/>
      <w:suppressAutoHyphens w:val="true"/>
      <w:bidi w:val="0"/>
      <w:spacing w:lineRule="auto" w:line="240" w:before="0" w:after="0"/>
      <w:jc w:val="start"/>
    </w:pPr>
    <w:rPr>
      <w:rFonts w:ascii="Cambria" w:hAnsi="Cambria" w:eastAsia="" w:cs="" w:asciiTheme="minorHAnsi" w:cstheme="minorBidi" w:eastAsiaTheme="minorEastAsia" w:hAnsiTheme="minorHAnsi"/>
      <w:color w:val="auto"/>
      <w:kern w:val="0"/>
      <w:sz w:val="22"/>
      <w:szCs w:val="22"/>
      <w:lang w:val="en-US" w:eastAsia="en-US" w:bidi="ar-SA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lineRule="auto" w:line="240" w:before="0" w:after="300"/>
      <w:contextualSpacing/>
    </w:pPr>
    <w:rPr>
      <w:rFonts w:ascii="Calibri" w:hAnsi="Calibri" w:eastAsia="" w:cs="" w:asciiTheme="majorHAnsi" w:cstheme="majorBidi" w:eastAsiaTheme="majorEastAsia" w:hAnsiTheme="majorHAnsi"/>
      <w:color w:themeColor="text2" w:themeShade="bf" w:val="17365D"/>
      <w:spacing w:val="5"/>
      <w:kern w:val="2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/>
    <w:rPr>
      <w:rFonts w:ascii="Calibri" w:hAnsi="Calibri" w:eastAsia="" w:cs="" w:asciiTheme="majorHAnsi" w:cstheme="majorBidi" w:eastAsiaTheme="majorEastAsia" w:hAnsiTheme="majorHAnsi"/>
      <w:i/>
      <w:iCs/>
      <w:color w:themeColor="accent1" w:val="4F81BD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spacing w:before="0" w:after="200"/>
      <w:ind w:start="720"/>
      <w:contextualSpacing/>
    </w:pPr>
    <w:rPr/>
  </w:style>
  <w:style w:type="paragraph" w:styleId="BodyText2">
    <w:name w:val="Body Text 2"/>
    <w:basedOn w:val="Normal"/>
    <w:link w:val="BodyText2Char"/>
    <w:uiPriority w:val="99"/>
    <w:unhideWhenUsed/>
    <w:qFormat/>
    <w:rsid w:val="00aa1d8d"/>
    <w:pPr>
      <w:spacing w:lineRule="auto" w:line="480" w:before="0" w:after="120"/>
    </w:pPr>
    <w:rPr/>
  </w:style>
  <w:style w:type="paragraph" w:styleId="BodyText3">
    <w:name w:val="Body Text 3"/>
    <w:basedOn w:val="Normal"/>
    <w:link w:val="BodyText3Char"/>
    <w:uiPriority w:val="99"/>
    <w:unhideWhenUsed/>
    <w:qFormat/>
    <w:rsid w:val="00aa1d8d"/>
    <w:pPr>
      <w:spacing w:before="0" w:after="120"/>
    </w:pPr>
    <w:rPr>
      <w:sz w:val="16"/>
      <w:szCs w:val="16"/>
    </w:rPr>
  </w:style>
  <w:style w:type="paragraph" w:styleId="List2">
    <w:name w:val="List 2"/>
    <w:basedOn w:val="Normal"/>
    <w:uiPriority w:val="99"/>
    <w:unhideWhenUsed/>
    <w:qFormat/>
    <w:rsid w:val="00326f90"/>
    <w:pPr>
      <w:spacing w:before="0" w:after="200"/>
      <w:ind w:hanging="360" w:start="720"/>
      <w:contextualSpacing/>
    </w:pPr>
    <w:rPr/>
  </w:style>
  <w:style w:type="paragraph" w:styleId="List3">
    <w:name w:val="List 3"/>
    <w:basedOn w:val="Normal"/>
    <w:uiPriority w:val="99"/>
    <w:unhideWhenUsed/>
    <w:qFormat/>
    <w:rsid w:val="00326f90"/>
    <w:pPr>
      <w:spacing w:before="0" w:after="200"/>
      <w:ind w:hanging="360" w:start="1080"/>
      <w:contextualSpacing/>
    </w:pPr>
    <w:rPr/>
  </w:style>
  <w:style w:type="paragraph" w:styleId="ListBullet">
    <w:name w:val="List Bullet"/>
    <w:basedOn w:val="Normal"/>
    <w:uiPriority w:val="99"/>
    <w:unhideWhenUsed/>
    <w:rsid w:val="00326f90"/>
    <w:pPr>
      <w:numPr>
        <w:ilvl w:val="0"/>
        <w:numId w:val="1"/>
      </w:numPr>
      <w:spacing w:before="0" w:after="200"/>
      <w:contextualSpacing/>
    </w:pPr>
    <w:rPr/>
  </w:style>
  <w:style w:type="paragraph" w:styleId="ListBullet2">
    <w:name w:val="List Bullet 2"/>
    <w:basedOn w:val="Normal"/>
    <w:uiPriority w:val="99"/>
    <w:unhideWhenUsed/>
    <w:rsid w:val="00326f90"/>
    <w:pPr>
      <w:numPr>
        <w:ilvl w:val="0"/>
        <w:numId w:val="2"/>
      </w:numPr>
      <w:spacing w:before="0" w:after="200"/>
      <w:contextualSpacing/>
    </w:pPr>
    <w:rPr/>
  </w:style>
  <w:style w:type="paragraph" w:styleId="ListBullet3">
    <w:name w:val="List Bullet 3"/>
    <w:basedOn w:val="Normal"/>
    <w:uiPriority w:val="99"/>
    <w:unhideWhenUsed/>
    <w:rsid w:val="00326f90"/>
    <w:pPr>
      <w:numPr>
        <w:ilvl w:val="0"/>
        <w:numId w:val="3"/>
      </w:numPr>
      <w:spacing w:before="0" w:after="200"/>
      <w:contextualSpacing/>
    </w:pPr>
    <w:rPr/>
  </w:style>
  <w:style w:type="paragraph" w:styleId="ListNumber">
    <w:name w:val="List Number"/>
    <w:basedOn w:val="Normal"/>
    <w:uiPriority w:val="99"/>
    <w:unhideWhenUsed/>
    <w:rsid w:val="00326f90"/>
    <w:pPr>
      <w:numPr>
        <w:ilvl w:val="0"/>
        <w:numId w:val="4"/>
      </w:numPr>
      <w:spacing w:before="0" w:after="200"/>
      <w:contextualSpacing/>
    </w:pPr>
    <w:rPr/>
  </w:style>
  <w:style w:type="paragraph" w:styleId="ListNumber2">
    <w:name w:val="List Number 2"/>
    <w:basedOn w:val="Normal"/>
    <w:uiPriority w:val="99"/>
    <w:unhideWhenUsed/>
    <w:rsid w:val="0029639d"/>
    <w:pPr>
      <w:numPr>
        <w:ilvl w:val="0"/>
        <w:numId w:val="5"/>
      </w:numPr>
      <w:spacing w:before="0" w:after="200"/>
      <w:contextualSpacing/>
    </w:pPr>
    <w:rPr/>
  </w:style>
  <w:style w:type="paragraph" w:styleId="ListNumber3">
    <w:name w:val="List Number 3"/>
    <w:basedOn w:val="Normal"/>
    <w:uiPriority w:val="99"/>
    <w:unhideWhenUsed/>
    <w:rsid w:val="0029639d"/>
    <w:pPr>
      <w:numPr>
        <w:ilvl w:val="0"/>
        <w:numId w:val="6"/>
      </w:numPr>
      <w:spacing w:before="0" w:after="200"/>
      <w:contextualSpacing/>
    </w:pPr>
    <w:rPr/>
  </w:style>
  <w:style w:type="paragraph" w:styleId="ListContinue">
    <w:name w:val="List Continue"/>
    <w:basedOn w:val="Normal"/>
    <w:uiPriority w:val="99"/>
    <w:unhideWhenUsed/>
    <w:rsid w:val="0029639d"/>
    <w:pPr>
      <w:spacing w:before="0" w:after="120"/>
      <w:ind w:start="360"/>
      <w:contextualSpacing/>
    </w:pPr>
    <w:rPr/>
  </w:style>
  <w:style w:type="paragraph" w:styleId="ListContinue2">
    <w:name w:val="List Continue 2"/>
    <w:basedOn w:val="Normal"/>
    <w:uiPriority w:val="99"/>
    <w:unhideWhenUsed/>
    <w:rsid w:val="0029639d"/>
    <w:pPr>
      <w:spacing w:before="0" w:after="120"/>
      <w:ind w:start="720"/>
      <w:contextualSpacing/>
    </w:pPr>
    <w:rPr/>
  </w:style>
  <w:style w:type="paragraph" w:styleId="ListContinue3">
    <w:name w:val="List Continue 3"/>
    <w:basedOn w:val="Normal"/>
    <w:uiPriority w:val="99"/>
    <w:unhideWhenUsed/>
    <w:rsid w:val="0029639d"/>
    <w:pPr>
      <w:spacing w:before="0" w:after="120"/>
      <w:ind w:start="1080"/>
      <w:contextualSpacing/>
    </w:pPr>
    <w:rPr/>
  </w:style>
  <w:style w:type="paragraph" w:styleId="MacroText">
    <w:name w:val="macro"/>
    <w:link w:val="MacroTextChar"/>
    <w:uiPriority w:val="99"/>
    <w:unhideWhenUsed/>
    <w:qFormat/>
    <w:rsid w:val="0029639d"/>
    <w:pPr>
      <w:widowControl/>
      <w:tabs>
        <w:tab w:val="clear" w:pos="720"/>
        <w:tab w:val="left" w:pos="576" w:leader="none"/>
        <w:tab w:val="left" w:pos="1152" w:leader="none"/>
        <w:tab w:val="left" w:pos="1728" w:leader="none"/>
        <w:tab w:val="left" w:pos="2304" w:leader="none"/>
        <w:tab w:val="left" w:pos="2880" w:leader="none"/>
        <w:tab w:val="left" w:pos="3456" w:leader="none"/>
        <w:tab w:val="left" w:pos="4032" w:leader="none"/>
      </w:tabs>
      <w:suppressAutoHyphens w:val="true"/>
      <w:bidi w:val="0"/>
      <w:spacing w:lineRule="auto" w:line="276" w:before="0" w:after="200"/>
      <w:jc w:val="start"/>
    </w:pPr>
    <w:rPr>
      <w:rFonts w:ascii="Courier" w:hAnsi="Courier" w:eastAsia="" w:cs="" w:cstheme="minorBidi" w:eastAsiaTheme="minorEastAsia"/>
      <w:color w:val="auto"/>
      <w:kern w:val="0"/>
      <w:sz w:val="20"/>
      <w:szCs w:val="20"/>
      <w:lang w:val="en-US" w:eastAsia="en-US" w:bidi="ar-SA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pPr/>
    <w:rPr>
      <w:i/>
      <w:iCs/>
      <w:color w:themeColor="text1" w:val="000000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start="936" w:end="936"/>
    </w:pPr>
    <w:rPr>
      <w:b/>
      <w:bCs/>
      <w:i/>
      <w:iCs/>
      <w:color w:themeColor="accent1" w:val="4F81BD"/>
    </w:rPr>
  </w:style>
  <w:style w:type="paragraph" w:styleId="IndexHeading">
    <w:name w:val="index heading"/>
    <w:basedOn w:val="Heading"/>
    <w:pPr/>
    <w:rPr/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  <w:rPr/>
  </w:style>
  <w:style w:type="numbering" w:styleId="NoList" w:default="1">
    <w:name w:val="No List"/>
    <w:uiPriority w:val="99"/>
    <w:semiHidden/>
    <w:unhideWhenUsed/>
    <w:qFormat/>
  </w:style>
  <w:style w:type="table" w:default="1" w:styleId="TableNormal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color="000000" w:themeColor="text1" w:sz="8" w:space="0"/>
        <w:bottom w:val="single" w:color="000000" w:themeColor="tex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000000" w:themeColor="text1" w:sz="8" w:space="0"/>
          <w:left w:val="nil"/>
          <w:bottom w:val="single" w:color="000000" w:themeColor="text1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000000" w:themeColor="text1" w:sz="8" w:space="0"/>
          <w:left w:val="nil"/>
          <w:bottom w:val="single" w:color="000000" w:themeColor="text1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color="4F81BD" w:themeColor="accent1" w:sz="8" w:space="0"/>
        <w:bottom w:val="single" w:color="4F81BD" w:themeColor="accen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4F81BD" w:themeColor="accent1" w:sz="8" w:space="0"/>
          <w:left w:val="nil"/>
          <w:bottom w:val="single" w:color="4F81BD" w:themeColor="accent1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4F81BD" w:themeColor="accent1" w:sz="8" w:space="0"/>
          <w:left w:val="nil"/>
          <w:bottom w:val="single" w:color="4F81BD" w:themeColor="accent1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color="C0504D" w:themeColor="accent2" w:sz="8" w:space="0"/>
        <w:bottom w:val="single" w:color="C0504D" w:themeColor="accent2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C0504D" w:themeColor="accent2" w:sz="8" w:space="0"/>
          <w:left w:val="nil"/>
          <w:bottom w:val="single" w:color="C0504D" w:themeColor="accent2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C0504D" w:themeColor="accent2" w:sz="8" w:space="0"/>
          <w:left w:val="nil"/>
          <w:bottom w:val="single" w:color="C0504D" w:themeColor="accent2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color="9BBB59" w:themeColor="accent3" w:sz="8" w:space="0"/>
        <w:bottom w:val="single" w:color="9BBB59" w:themeColor="accent3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9BBB59" w:themeColor="accent3" w:sz="8" w:space="0"/>
          <w:left w:val="nil"/>
          <w:bottom w:val="single" w:color="9BBB59" w:themeColor="accent3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9BBB59" w:themeColor="accent3" w:sz="8" w:space="0"/>
          <w:left w:val="nil"/>
          <w:bottom w:val="single" w:color="9BBB59" w:themeColor="accent3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color="8064A2" w:themeColor="accent4" w:sz="8" w:space="0"/>
        <w:bottom w:val="single" w:color="8064A2" w:themeColor="accent4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8064A2" w:themeColor="accent4" w:sz="8" w:space="0"/>
          <w:left w:val="nil"/>
          <w:bottom w:val="single" w:color="8064A2" w:themeColor="accent4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8064A2" w:themeColor="accent4" w:sz="8" w:space="0"/>
          <w:left w:val="nil"/>
          <w:bottom w:val="single" w:color="8064A2" w:themeColor="accent4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color="4BACC6" w:themeColor="accent5" w:sz="8" w:space="0"/>
        <w:bottom w:val="single" w:color="4BACC6" w:themeColor="accent5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4BACC6" w:themeColor="accent5" w:sz="8" w:space="0"/>
          <w:left w:val="nil"/>
          <w:bottom w:val="single" w:color="4BACC6" w:themeColor="accent5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4BACC6" w:themeColor="accent5" w:sz="8" w:space="0"/>
          <w:left w:val="nil"/>
          <w:bottom w:val="single" w:color="4BACC6" w:themeColor="accent5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color="F79646" w:themeColor="accent6" w:sz="8" w:space="0"/>
        <w:bottom w:val="single" w:color="F79646" w:themeColor="accent6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F79646" w:themeColor="accent6" w:sz="8" w:space="0"/>
          <w:left w:val="nil"/>
          <w:bottom w:val="single" w:color="F79646" w:themeColor="accent6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F79646" w:themeColor="accent6" w:sz="8" w:space="0"/>
          <w:left w:val="nil"/>
          <w:bottom w:val="single" w:color="F79646" w:themeColor="accent6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color="000000" w:themeColor="text1" w:sz="8" w:space="0"/>
        <w:left w:val="single" w:color="000000" w:themeColor="text1" w:sz="8" w:space="0"/>
        <w:bottom w:val="single" w:color="000000" w:themeColor="text1" w:sz="8" w:space="0"/>
        <w:right w:val="single" w:color="000000" w:themeColor="tex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000000" w:themeColor="text1" w:sz="6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</w:tcPr>
    </w:tblStylePr>
    <w:tblStylePr w:type="band1Horz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color="4F81BD" w:themeColor="accent1" w:sz="8" w:space="0"/>
        <w:left w:val="single" w:color="4F81BD" w:themeColor="accent1" w:sz="8" w:space="0"/>
        <w:bottom w:val="single" w:color="4F81BD" w:themeColor="accent1" w:sz="8" w:space="0"/>
        <w:right w:val="single" w:color="4F81BD" w:themeColor="accen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4F81BD" w:themeColor="accent1" w:sz="6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</w:tcPr>
    </w:tblStylePr>
    <w:tblStylePr w:type="band1Horz"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color="C0504D" w:themeColor="accent2" w:sz="8" w:space="0"/>
        <w:left w:val="single" w:color="C0504D" w:themeColor="accent2" w:sz="8" w:space="0"/>
        <w:bottom w:val="single" w:color="C0504D" w:themeColor="accent2" w:sz="8" w:space="0"/>
        <w:right w:val="single" w:color="C0504D" w:themeColor="accent2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C0504D" w:themeColor="accent2" w:sz="6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</w:tcPr>
    </w:tblStylePr>
    <w:tblStylePr w:type="band1Horz"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color="9BBB59" w:themeColor="accent3" w:sz="8" w:space="0"/>
        <w:left w:val="single" w:color="9BBB59" w:themeColor="accent3" w:sz="8" w:space="0"/>
        <w:bottom w:val="single" w:color="9BBB59" w:themeColor="accent3" w:sz="8" w:space="0"/>
        <w:right w:val="single" w:color="9BBB59" w:themeColor="accent3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9BBB59" w:themeColor="accent3" w:sz="6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</w:tcPr>
    </w:tblStylePr>
    <w:tblStylePr w:type="band1Horz"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color="8064A2" w:themeColor="accent4" w:sz="8" w:space="0"/>
        <w:left w:val="single" w:color="8064A2" w:themeColor="accent4" w:sz="8" w:space="0"/>
        <w:bottom w:val="single" w:color="8064A2" w:themeColor="accent4" w:sz="8" w:space="0"/>
        <w:right w:val="single" w:color="8064A2" w:themeColor="accent4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8064A2" w:themeColor="accent4" w:sz="6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</w:tcPr>
    </w:tblStylePr>
    <w:tblStylePr w:type="band1Horz"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color="4BACC6" w:themeColor="accent5" w:sz="8" w:space="0"/>
        <w:left w:val="single" w:color="4BACC6" w:themeColor="accent5" w:sz="8" w:space="0"/>
        <w:bottom w:val="single" w:color="4BACC6" w:themeColor="accent5" w:sz="8" w:space="0"/>
        <w:right w:val="single" w:color="4BACC6" w:themeColor="accent5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4BACC6" w:themeColor="accent5" w:sz="6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</w:tcPr>
    </w:tblStylePr>
    <w:tblStylePr w:type="band1Horz"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color="F79646" w:themeColor="accent6" w:sz="8" w:space="0"/>
        <w:left w:val="single" w:color="F79646" w:themeColor="accent6" w:sz="8" w:space="0"/>
        <w:bottom w:val="single" w:color="F79646" w:themeColor="accent6" w:sz="8" w:space="0"/>
        <w:right w:val="single" w:color="F79646" w:themeColor="accent6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F79646" w:themeColor="accent6" w:sz="6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</w:tcPr>
    </w:tblStylePr>
    <w:tblStylePr w:type="band1Horz"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color="000000" w:themeColor="text1" w:sz="8" w:space="0"/>
        <w:left w:val="single" w:color="000000" w:themeColor="text1" w:sz="8" w:space="0"/>
        <w:bottom w:val="single" w:color="000000" w:themeColor="text1" w:sz="8" w:space="0"/>
        <w:right w:val="single" w:color="000000" w:themeColor="text1" w:sz="8" w:space="0"/>
        <w:insideH w:val="single" w:color="000000" w:themeColor="text1" w:sz="8" w:space="0"/>
        <w:insideV w:val="single" w:color="000000" w:themeColor="tex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18" w:space="0"/>
          <w:right w:val="single" w:color="000000" w:themeColor="text1" w:sz="8" w:space="0"/>
          <w:insideH w:val="nil"/>
          <w:insideV w:val="single" w:color="000000" w:themeColor="text1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000000" w:themeColor="text1" w:sz="6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  <w:insideH w:val="nil"/>
          <w:insideV w:val="single" w:color="000000" w:themeColor="text1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  <w:tblPr/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</w:tcPr>
    </w:tblStylePr>
    <w:tblStylePr w:type="band1Vert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  <w:insideV w:val="single" w:color="000000" w:themeColor="text1" w:sz="8" w:space="0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  <w:insideV w:val="single" w:color="000000" w:themeColor="text1" w:sz="8" w:space="0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color="4F81BD" w:themeColor="accent1" w:sz="8" w:space="0"/>
        <w:left w:val="single" w:color="4F81BD" w:themeColor="accent1" w:sz="8" w:space="0"/>
        <w:bottom w:val="single" w:color="4F81BD" w:themeColor="accent1" w:sz="8" w:space="0"/>
        <w:right w:val="single" w:color="4F81BD" w:themeColor="accent1" w:sz="8" w:space="0"/>
        <w:insideH w:val="single" w:color="4F81BD" w:themeColor="accent1" w:sz="8" w:space="0"/>
        <w:insideV w:val="single" w:color="4F81BD" w:themeColor="accen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18" w:space="0"/>
          <w:right w:val="single" w:color="4F81BD" w:themeColor="accent1" w:sz="8" w:space="0"/>
          <w:insideH w:val="nil"/>
          <w:insideV w:val="single" w:color="4F81BD" w:themeColor="accent1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4F81BD" w:themeColor="accent1" w:sz="6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  <w:insideH w:val="nil"/>
          <w:insideV w:val="single" w:color="4F81BD" w:themeColor="accent1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  <w:tblPr/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</w:tcPr>
    </w:tblStylePr>
    <w:tblStylePr w:type="band1Vert"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  <w:insideV w:val="single" w:color="4F81BD" w:themeColor="accent1" w:sz="8" w:space="0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  <w:insideV w:val="single" w:color="4F81BD" w:themeColor="accent1" w:sz="8" w:space="0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color="C0504D" w:themeColor="accent2" w:sz="8" w:space="0"/>
        <w:left w:val="single" w:color="C0504D" w:themeColor="accent2" w:sz="8" w:space="0"/>
        <w:bottom w:val="single" w:color="C0504D" w:themeColor="accent2" w:sz="8" w:space="0"/>
        <w:right w:val="single" w:color="C0504D" w:themeColor="accent2" w:sz="8" w:space="0"/>
        <w:insideH w:val="single" w:color="C0504D" w:themeColor="accent2" w:sz="8" w:space="0"/>
        <w:insideV w:val="single" w:color="C0504D" w:themeColor="accent2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18" w:space="0"/>
          <w:right w:val="single" w:color="C0504D" w:themeColor="accent2" w:sz="8" w:space="0"/>
          <w:insideH w:val="nil"/>
          <w:insideV w:val="single" w:color="C0504D" w:themeColor="accent2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C0504D" w:themeColor="accent2" w:sz="6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  <w:insideH w:val="nil"/>
          <w:insideV w:val="single" w:color="C0504D" w:themeColor="accent2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  <w:tblPr/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</w:tcPr>
    </w:tblStylePr>
    <w:tblStylePr w:type="band1Vert"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  <w:insideV w:val="single" w:color="C0504D" w:themeColor="accent2" w:sz="8" w:space="0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  <w:insideV w:val="single" w:color="C0504D" w:themeColor="accent2" w:sz="8" w:space="0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color="9BBB59" w:themeColor="accent3" w:sz="8" w:space="0"/>
        <w:left w:val="single" w:color="9BBB59" w:themeColor="accent3" w:sz="8" w:space="0"/>
        <w:bottom w:val="single" w:color="9BBB59" w:themeColor="accent3" w:sz="8" w:space="0"/>
        <w:right w:val="single" w:color="9BBB59" w:themeColor="accent3" w:sz="8" w:space="0"/>
        <w:insideH w:val="single" w:color="9BBB59" w:themeColor="accent3" w:sz="8" w:space="0"/>
        <w:insideV w:val="single" w:color="9BBB59" w:themeColor="accent3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18" w:space="0"/>
          <w:right w:val="single" w:color="9BBB59" w:themeColor="accent3" w:sz="8" w:space="0"/>
          <w:insideH w:val="nil"/>
          <w:insideV w:val="single" w:color="9BBB59" w:themeColor="accent3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9BBB59" w:themeColor="accent3" w:sz="6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  <w:insideH w:val="nil"/>
          <w:insideV w:val="single" w:color="9BBB59" w:themeColor="accent3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  <w:tblPr/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</w:tcPr>
    </w:tblStylePr>
    <w:tblStylePr w:type="band1Vert"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  <w:insideV w:val="single" w:color="9BBB59" w:themeColor="accent3" w:sz="8" w:space="0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  <w:insideV w:val="single" w:color="9BBB59" w:themeColor="accent3" w:sz="8" w:space="0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color="8064A2" w:themeColor="accent4" w:sz="8" w:space="0"/>
        <w:left w:val="single" w:color="8064A2" w:themeColor="accent4" w:sz="8" w:space="0"/>
        <w:bottom w:val="single" w:color="8064A2" w:themeColor="accent4" w:sz="8" w:space="0"/>
        <w:right w:val="single" w:color="8064A2" w:themeColor="accent4" w:sz="8" w:space="0"/>
        <w:insideH w:val="single" w:color="8064A2" w:themeColor="accent4" w:sz="8" w:space="0"/>
        <w:insideV w:val="single" w:color="8064A2" w:themeColor="accent4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18" w:space="0"/>
          <w:right w:val="single" w:color="8064A2" w:themeColor="accent4" w:sz="8" w:space="0"/>
          <w:insideH w:val="nil"/>
          <w:insideV w:val="single" w:color="8064A2" w:themeColor="accent4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8064A2" w:themeColor="accent4" w:sz="6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  <w:insideH w:val="nil"/>
          <w:insideV w:val="single" w:color="8064A2" w:themeColor="accent4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  <w:tblPr/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</w:tcPr>
    </w:tblStylePr>
    <w:tblStylePr w:type="band1Vert"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  <w:insideV w:val="single" w:color="8064A2" w:themeColor="accent4" w:sz="8" w:space="0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  <w:insideV w:val="single" w:color="8064A2" w:themeColor="accent4" w:sz="8" w:space="0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color="4BACC6" w:themeColor="accent5" w:sz="8" w:space="0"/>
        <w:left w:val="single" w:color="4BACC6" w:themeColor="accent5" w:sz="8" w:space="0"/>
        <w:bottom w:val="single" w:color="4BACC6" w:themeColor="accent5" w:sz="8" w:space="0"/>
        <w:right w:val="single" w:color="4BACC6" w:themeColor="accent5" w:sz="8" w:space="0"/>
        <w:insideH w:val="single" w:color="4BACC6" w:themeColor="accent5" w:sz="8" w:space="0"/>
        <w:insideV w:val="single" w:color="4BACC6" w:themeColor="accent5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18" w:space="0"/>
          <w:right w:val="single" w:color="4BACC6" w:themeColor="accent5" w:sz="8" w:space="0"/>
          <w:insideH w:val="nil"/>
          <w:insideV w:val="single" w:color="4BACC6" w:themeColor="accent5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4BACC6" w:themeColor="accent5" w:sz="6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  <w:insideH w:val="nil"/>
          <w:insideV w:val="single" w:color="4BACC6" w:themeColor="accent5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  <w:tblPr/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</w:tcPr>
    </w:tblStylePr>
    <w:tblStylePr w:type="band1Vert"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  <w:insideV w:val="single" w:color="4BACC6" w:themeColor="accent5" w:sz="8" w:space="0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  <w:insideV w:val="single" w:color="4BACC6" w:themeColor="accent5" w:sz="8" w:space="0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color="F79646" w:themeColor="accent6" w:sz="8" w:space="0"/>
        <w:left w:val="single" w:color="F79646" w:themeColor="accent6" w:sz="8" w:space="0"/>
        <w:bottom w:val="single" w:color="F79646" w:themeColor="accent6" w:sz="8" w:space="0"/>
        <w:right w:val="single" w:color="F79646" w:themeColor="accent6" w:sz="8" w:space="0"/>
        <w:insideH w:val="single" w:color="F79646" w:themeColor="accent6" w:sz="8" w:space="0"/>
        <w:insideV w:val="single" w:color="F79646" w:themeColor="accent6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18" w:space="0"/>
          <w:right w:val="single" w:color="F79646" w:themeColor="accent6" w:sz="8" w:space="0"/>
          <w:insideH w:val="nil"/>
          <w:insideV w:val="single" w:color="F79646" w:themeColor="accent6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F79646" w:themeColor="accent6" w:sz="6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  <w:insideH w:val="nil"/>
          <w:insideV w:val="single" w:color="F79646" w:themeColor="accent6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  <w:tblPr/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</w:tcPr>
    </w:tblStylePr>
    <w:tblStylePr w:type="band1Vert"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  <w:insideV w:val="single" w:color="F79646" w:themeColor="accent6" w:sz="8" w:space="0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  <w:insideV w:val="single" w:color="F79646" w:themeColor="accent6" w:sz="8" w:space="0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color="404040" w:themeColor="text1" w:themeTint="bf" w:sz="8" w:space="0"/>
        <w:left w:val="single" w:color="404040" w:themeColor="text1" w:themeTint="bf" w:sz="8" w:space="0"/>
        <w:bottom w:val="single" w:color="404040" w:themeColor="text1" w:themeTint="bf" w:sz="8" w:space="0"/>
        <w:right w:val="single" w:color="404040" w:themeColor="text1" w:themeTint="bf" w:sz="8" w:space="0"/>
        <w:insideH w:val="single" w:color="404040" w:themeColor="text1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404040" w:themeColor="text1" w:sz="8" w:space="0"/>
          <w:left w:val="single" w:color="404040" w:themeColor="text1" w:sz="8" w:space="0"/>
          <w:bottom w:val="single" w:color="404040" w:themeColor="text1" w:sz="8" w:space="0"/>
          <w:right w:val="single" w:color="404040" w:themeColor="text1" w:sz="8" w:space="0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404040" w:themeColor="text1" w:sz="6" w:space="0"/>
          <w:left w:val="single" w:color="404040" w:themeColor="text1" w:sz="8" w:space="0"/>
          <w:bottom w:val="single" w:color="404040" w:themeColor="text1" w:sz="8" w:space="0"/>
          <w:right w:val="single" w:color="404040" w:themeColor="text1" w:sz="8" w:space="0"/>
          <w:insideH w:val="nil"/>
          <w:insideV w:val="nil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color="7BA0CD" w:themeColor="accent1" w:themeTint="bf" w:sz="8" w:space="0"/>
        <w:left w:val="single" w:color="7BA0CD" w:themeColor="accent1" w:themeTint="bf" w:sz="8" w:space="0"/>
        <w:bottom w:val="single" w:color="7BA0CD" w:themeColor="accent1" w:themeTint="bf" w:sz="8" w:space="0"/>
        <w:right w:val="single" w:color="7BA0CD" w:themeColor="accent1" w:themeTint="bf" w:sz="8" w:space="0"/>
        <w:insideH w:val="single" w:color="7BA0CD" w:themeColor="accent1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7BA0CD" w:themeColor="accent1" w:sz="8" w:space="0"/>
          <w:left w:val="single" w:color="7BA0CD" w:themeColor="accent1" w:sz="8" w:space="0"/>
          <w:bottom w:val="single" w:color="7BA0CD" w:themeColor="accent1" w:sz="8" w:space="0"/>
          <w:right w:val="single" w:color="7BA0CD" w:themeColor="accent1" w:sz="8" w:space="0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7BA0CD" w:themeColor="accent1" w:sz="6" w:space="0"/>
          <w:left w:val="single" w:color="7BA0CD" w:themeColor="accent1" w:sz="8" w:space="0"/>
          <w:bottom w:val="single" w:color="7BA0CD" w:themeColor="accent1" w:sz="8" w:space="0"/>
          <w:right w:val="single" w:color="7BA0CD" w:themeColor="accent1" w:sz="8" w:space="0"/>
          <w:insideH w:val="nil"/>
          <w:insideV w:val="nil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color="CF7B79" w:themeColor="accent2" w:themeTint="bf" w:sz="8" w:space="0"/>
        <w:left w:val="single" w:color="CF7B79" w:themeColor="accent2" w:themeTint="bf" w:sz="8" w:space="0"/>
        <w:bottom w:val="single" w:color="CF7B79" w:themeColor="accent2" w:themeTint="bf" w:sz="8" w:space="0"/>
        <w:right w:val="single" w:color="CF7B79" w:themeColor="accent2" w:themeTint="bf" w:sz="8" w:space="0"/>
        <w:insideH w:val="single" w:color="CF7B79" w:themeColor="accent2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CF7B79" w:themeColor="accent2" w:sz="8" w:space="0"/>
          <w:left w:val="single" w:color="CF7B79" w:themeColor="accent2" w:sz="8" w:space="0"/>
          <w:bottom w:val="single" w:color="CF7B79" w:themeColor="accent2" w:sz="8" w:space="0"/>
          <w:right w:val="single" w:color="CF7B79" w:themeColor="accent2" w:sz="8" w:space="0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CF7B79" w:themeColor="accent2" w:sz="6" w:space="0"/>
          <w:left w:val="single" w:color="CF7B79" w:themeColor="accent2" w:sz="8" w:space="0"/>
          <w:bottom w:val="single" w:color="CF7B79" w:themeColor="accent2" w:sz="8" w:space="0"/>
          <w:right w:val="single" w:color="CF7B79" w:themeColor="accent2" w:sz="8" w:space="0"/>
          <w:insideH w:val="nil"/>
          <w:insideV w:val="nil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color="B3CC82" w:themeColor="accent3" w:themeTint="bf" w:sz="8" w:space="0"/>
        <w:left w:val="single" w:color="B3CC82" w:themeColor="accent3" w:themeTint="bf" w:sz="8" w:space="0"/>
        <w:bottom w:val="single" w:color="B3CC82" w:themeColor="accent3" w:themeTint="bf" w:sz="8" w:space="0"/>
        <w:right w:val="single" w:color="B3CC82" w:themeColor="accent3" w:themeTint="bf" w:sz="8" w:space="0"/>
        <w:insideH w:val="single" w:color="B3CC82" w:themeColor="accent3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B3CC82" w:themeColor="accent3" w:sz="8" w:space="0"/>
          <w:left w:val="single" w:color="B3CC82" w:themeColor="accent3" w:sz="8" w:space="0"/>
          <w:bottom w:val="single" w:color="B3CC82" w:themeColor="accent3" w:sz="8" w:space="0"/>
          <w:right w:val="single" w:color="B3CC82" w:themeColor="accent3" w:sz="8" w:space="0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B3CC82" w:themeColor="accent3" w:sz="6" w:space="0"/>
          <w:left w:val="single" w:color="B3CC82" w:themeColor="accent3" w:sz="8" w:space="0"/>
          <w:bottom w:val="single" w:color="B3CC82" w:themeColor="accent3" w:sz="8" w:space="0"/>
          <w:right w:val="single" w:color="B3CC82" w:themeColor="accent3" w:sz="8" w:space="0"/>
          <w:insideH w:val="nil"/>
          <w:insideV w:val="nil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color="9F8AB9" w:themeColor="accent4" w:themeTint="bf" w:sz="8" w:space="0"/>
        <w:left w:val="single" w:color="9F8AB9" w:themeColor="accent4" w:themeTint="bf" w:sz="8" w:space="0"/>
        <w:bottom w:val="single" w:color="9F8AB9" w:themeColor="accent4" w:themeTint="bf" w:sz="8" w:space="0"/>
        <w:right w:val="single" w:color="9F8AB9" w:themeColor="accent4" w:themeTint="bf" w:sz="8" w:space="0"/>
        <w:insideH w:val="single" w:color="9F8AB9" w:themeColor="accent4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9F8AB9" w:themeColor="accent4" w:sz="8" w:space="0"/>
          <w:left w:val="single" w:color="9F8AB9" w:themeColor="accent4" w:sz="8" w:space="0"/>
          <w:bottom w:val="single" w:color="9F8AB9" w:themeColor="accent4" w:sz="8" w:space="0"/>
          <w:right w:val="single" w:color="9F8AB9" w:themeColor="accent4" w:sz="8" w:space="0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9F8AB9" w:themeColor="accent4" w:sz="6" w:space="0"/>
          <w:left w:val="single" w:color="9F8AB9" w:themeColor="accent4" w:sz="8" w:space="0"/>
          <w:bottom w:val="single" w:color="9F8AB9" w:themeColor="accent4" w:sz="8" w:space="0"/>
          <w:right w:val="single" w:color="9F8AB9" w:themeColor="accent4" w:sz="8" w:space="0"/>
          <w:insideH w:val="nil"/>
          <w:insideV w:val="nil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color="78C0D4" w:themeColor="accent5" w:themeTint="bf" w:sz="8" w:space="0"/>
        <w:left w:val="single" w:color="78C0D4" w:themeColor="accent5" w:themeTint="bf" w:sz="8" w:space="0"/>
        <w:bottom w:val="single" w:color="78C0D4" w:themeColor="accent5" w:themeTint="bf" w:sz="8" w:space="0"/>
        <w:right w:val="single" w:color="78C0D4" w:themeColor="accent5" w:themeTint="bf" w:sz="8" w:space="0"/>
        <w:insideH w:val="single" w:color="78C0D4" w:themeColor="accent5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78C0D4" w:themeColor="accent5" w:sz="8" w:space="0"/>
          <w:left w:val="single" w:color="78C0D4" w:themeColor="accent5" w:sz="8" w:space="0"/>
          <w:bottom w:val="single" w:color="78C0D4" w:themeColor="accent5" w:sz="8" w:space="0"/>
          <w:right w:val="single" w:color="78C0D4" w:themeColor="accent5" w:sz="8" w:space="0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78C0D4" w:themeColor="accent5" w:sz="6" w:space="0"/>
          <w:left w:val="single" w:color="78C0D4" w:themeColor="accent5" w:sz="8" w:space="0"/>
          <w:bottom w:val="single" w:color="78C0D4" w:themeColor="accent5" w:sz="8" w:space="0"/>
          <w:right w:val="single" w:color="78C0D4" w:themeColor="accent5" w:sz="8" w:space="0"/>
          <w:insideH w:val="nil"/>
          <w:insideV w:val="nil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color="F9B074" w:themeColor="accent6" w:themeTint="bf" w:sz="8" w:space="0"/>
        <w:left w:val="single" w:color="F9B074" w:themeColor="accent6" w:themeTint="bf" w:sz="8" w:space="0"/>
        <w:bottom w:val="single" w:color="F9B074" w:themeColor="accent6" w:themeTint="bf" w:sz="8" w:space="0"/>
        <w:right w:val="single" w:color="F9B074" w:themeColor="accent6" w:themeTint="bf" w:sz="8" w:space="0"/>
        <w:insideH w:val="single" w:color="F9B074" w:themeColor="accent6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F9B074" w:themeColor="accent6" w:sz="8" w:space="0"/>
          <w:left w:val="single" w:color="F9B074" w:themeColor="accent6" w:sz="8" w:space="0"/>
          <w:bottom w:val="single" w:color="F9B074" w:themeColor="accent6" w:sz="8" w:space="0"/>
          <w:right w:val="single" w:color="F9B074" w:themeColor="accent6" w:sz="8" w:space="0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F9B074" w:themeColor="accent6" w:sz="6" w:space="0"/>
          <w:left w:val="single" w:color="F9B074" w:themeColor="accent6" w:sz="8" w:space="0"/>
          <w:bottom w:val="single" w:color="F9B074" w:themeColor="accent6" w:sz="8" w:space="0"/>
          <w:right w:val="single" w:color="F9B074" w:themeColor="accent6" w:sz="8" w:space="0"/>
          <w:insideH w:val="nil"/>
          <w:insideV w:val="nil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color="000000" w:themeColor="text1" w:sz="8" w:space="0"/>
        <w:bottom w:val="single" w:color="000000" w:themeColor="tex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000000" w:themeColor="text1" w:sz="8" w:space="0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color="000000" w:themeColor="text1" w:sz="8" w:space="0"/>
          <w:bottom w:val="single" w:color="000000" w:themeColor="text1" w:sz="8" w:space="0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  <w:tcPr>
        <w:tcBorders>
          <w:top w:val="single" w:color="000000" w:themeColor="text1" w:sz="8" w:space="0"/>
          <w:bottom w:val="single" w:color="000000" w:themeColor="text1" w:sz="8" w:space="0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color="4F81BD" w:themeColor="accent1" w:sz="8" w:space="0"/>
        <w:bottom w:val="single" w:color="4F81BD" w:themeColor="accen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4F81BD" w:themeColor="accent1" w:sz="8" w:space="0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color="4F81BD" w:themeColor="accent1" w:sz="8" w:space="0"/>
          <w:bottom w:val="single" w:color="4F81BD" w:themeColor="accent1" w:sz="8" w:space="0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  <w:tcPr>
        <w:tcBorders>
          <w:top w:val="single" w:color="4F81BD" w:themeColor="accent1" w:sz="8" w:space="0"/>
          <w:bottom w:val="single" w:color="4F81BD" w:themeColor="accent1" w:sz="8" w:space="0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color="C0504D" w:themeColor="accent2" w:sz="8" w:space="0"/>
        <w:bottom w:val="single" w:color="C0504D" w:themeColor="accent2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C0504D" w:themeColor="accent2" w:sz="8" w:space="0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color="C0504D" w:themeColor="accent2" w:sz="8" w:space="0"/>
          <w:bottom w:val="single" w:color="C0504D" w:themeColor="accent2" w:sz="8" w:space="0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  <w:tcPr>
        <w:tcBorders>
          <w:top w:val="single" w:color="C0504D" w:themeColor="accent2" w:sz="8" w:space="0"/>
          <w:bottom w:val="single" w:color="C0504D" w:themeColor="accent2" w:sz="8" w:space="0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color="9BBB59" w:themeColor="accent3" w:sz="8" w:space="0"/>
        <w:bottom w:val="single" w:color="9BBB59" w:themeColor="accent3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9BBB59" w:themeColor="accent3" w:sz="8" w:space="0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color="9BBB59" w:themeColor="accent3" w:sz="8" w:space="0"/>
          <w:bottom w:val="single" w:color="9BBB59" w:themeColor="accent3" w:sz="8" w:space="0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  <w:tcPr>
        <w:tcBorders>
          <w:top w:val="single" w:color="9BBB59" w:themeColor="accent3" w:sz="8" w:space="0"/>
          <w:bottom w:val="single" w:color="9BBB59" w:themeColor="accent3" w:sz="8" w:space="0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color="8064A2" w:themeColor="accent4" w:sz="8" w:space="0"/>
        <w:bottom w:val="single" w:color="8064A2" w:themeColor="accent4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8064A2" w:themeColor="accent4" w:sz="8" w:space="0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color="8064A2" w:themeColor="accent4" w:sz="8" w:space="0"/>
          <w:bottom w:val="single" w:color="8064A2" w:themeColor="accent4" w:sz="8" w:space="0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  <w:tcPr>
        <w:tcBorders>
          <w:top w:val="single" w:color="8064A2" w:themeColor="accent4" w:sz="8" w:space="0"/>
          <w:bottom w:val="single" w:color="8064A2" w:themeColor="accent4" w:sz="8" w:space="0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color="4BACC6" w:themeColor="accent5" w:sz="8" w:space="0"/>
        <w:bottom w:val="single" w:color="4BACC6" w:themeColor="accent5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4BACC6" w:themeColor="accent5" w:sz="8" w:space="0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color="4BACC6" w:themeColor="accent5" w:sz="8" w:space="0"/>
          <w:bottom w:val="single" w:color="4BACC6" w:themeColor="accent5" w:sz="8" w:space="0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  <w:tcPr>
        <w:tcBorders>
          <w:top w:val="single" w:color="4BACC6" w:themeColor="accent5" w:sz="8" w:space="0"/>
          <w:bottom w:val="single" w:color="4BACC6" w:themeColor="accent5" w:sz="8" w:space="0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color="F79646" w:themeColor="accent6" w:sz="8" w:space="0"/>
        <w:bottom w:val="single" w:color="F79646" w:themeColor="accent6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F79646" w:themeColor="accent6" w:sz="8" w:space="0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color="F79646" w:themeColor="accent6" w:sz="8" w:space="0"/>
          <w:bottom w:val="single" w:color="F79646" w:themeColor="accent6" w:sz="8" w:space="0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  <w:tcPr>
        <w:tcBorders>
          <w:top w:val="single" w:color="F79646" w:themeColor="accent6" w:sz="8" w:space="0"/>
          <w:bottom w:val="single" w:color="F79646" w:themeColor="accent6" w:sz="8" w:space="0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</w:rPr>
    <w:tblPr>
      <w:tblStyleRowBandSize w:val="1"/>
      <w:tblStyleColBandSize w:val="1"/>
      <w:tblBorders>
        <w:top w:val="single" w:color="000000" w:themeColor="text1" w:sz="8" w:space="0"/>
        <w:left w:val="single" w:color="000000" w:themeColor="text1" w:sz="8" w:space="0"/>
        <w:bottom w:val="single" w:color="000000" w:themeColor="text1" w:sz="8" w:space="0"/>
        <w:right w:val="single" w:color="000000" w:themeColor="tex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000000" w:themeColor="text1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000000" w:themeColor="text1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000000" w:themeColor="text1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000000" w:themeColor="text1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</w:rPr>
    <w:tblPr>
      <w:tblStyleRowBandSize w:val="1"/>
      <w:tblStyleColBandSize w:val="1"/>
      <w:tblBorders>
        <w:top w:val="single" w:color="4F81BD" w:themeColor="accent1" w:sz="8" w:space="0"/>
        <w:left w:val="single" w:color="4F81BD" w:themeColor="accent1" w:sz="8" w:space="0"/>
        <w:bottom w:val="single" w:color="4F81BD" w:themeColor="accent1" w:sz="8" w:space="0"/>
        <w:right w:val="single" w:color="4F81BD" w:themeColor="accen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4F81BD" w:themeColor="accent1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4F81BD" w:themeColor="accent1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4F81BD" w:themeColor="accent1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4F81BD" w:themeColor="accent1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</w:rPr>
    <w:tblPr>
      <w:tblStyleRowBandSize w:val="1"/>
      <w:tblStyleColBandSize w:val="1"/>
      <w:tblBorders>
        <w:top w:val="single" w:color="C0504D" w:themeColor="accent2" w:sz="8" w:space="0"/>
        <w:left w:val="single" w:color="C0504D" w:themeColor="accent2" w:sz="8" w:space="0"/>
        <w:bottom w:val="single" w:color="C0504D" w:themeColor="accent2" w:sz="8" w:space="0"/>
        <w:right w:val="single" w:color="C0504D" w:themeColor="accent2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C0504D" w:themeColor="accent2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C0504D" w:themeColor="accent2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C0504D" w:themeColor="accent2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C0504D" w:themeColor="accent2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</w:rPr>
    <w:tblPr>
      <w:tblStyleRowBandSize w:val="1"/>
      <w:tblStyleColBandSize w:val="1"/>
      <w:tblBorders>
        <w:top w:val="single" w:color="9BBB59" w:themeColor="accent3" w:sz="8" w:space="0"/>
        <w:left w:val="single" w:color="9BBB59" w:themeColor="accent3" w:sz="8" w:space="0"/>
        <w:bottom w:val="single" w:color="9BBB59" w:themeColor="accent3" w:sz="8" w:space="0"/>
        <w:right w:val="single" w:color="9BBB59" w:themeColor="accent3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9BBB59" w:themeColor="accent3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9BBB59" w:themeColor="accent3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9BBB59" w:themeColor="accent3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9BBB59" w:themeColor="accent3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</w:rPr>
    <w:tblPr>
      <w:tblStyleRowBandSize w:val="1"/>
      <w:tblStyleColBandSize w:val="1"/>
      <w:tblBorders>
        <w:top w:val="single" w:color="8064A2" w:themeColor="accent4" w:sz="8" w:space="0"/>
        <w:left w:val="single" w:color="8064A2" w:themeColor="accent4" w:sz="8" w:space="0"/>
        <w:bottom w:val="single" w:color="8064A2" w:themeColor="accent4" w:sz="8" w:space="0"/>
        <w:right w:val="single" w:color="8064A2" w:themeColor="accent4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8064A2" w:themeColor="accent4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8064A2" w:themeColor="accent4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8064A2" w:themeColor="accent4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8064A2" w:themeColor="accent4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</w:rPr>
    <w:tblPr>
      <w:tblStyleRowBandSize w:val="1"/>
      <w:tblStyleColBandSize w:val="1"/>
      <w:tblBorders>
        <w:top w:val="single" w:color="4BACC6" w:themeColor="accent5" w:sz="8" w:space="0"/>
        <w:left w:val="single" w:color="4BACC6" w:themeColor="accent5" w:sz="8" w:space="0"/>
        <w:bottom w:val="single" w:color="4BACC6" w:themeColor="accent5" w:sz="8" w:space="0"/>
        <w:right w:val="single" w:color="4BACC6" w:themeColor="accent5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4BACC6" w:themeColor="accent5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4BACC6" w:themeColor="accent5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4BACC6" w:themeColor="accent5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4BACC6" w:themeColor="accent5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</w:rPr>
    <w:tblPr>
      <w:tblStyleRowBandSize w:val="1"/>
      <w:tblStyleColBandSize w:val="1"/>
      <w:tblBorders>
        <w:top w:val="single" w:color="F79646" w:themeColor="accent6" w:sz="8" w:space="0"/>
        <w:left w:val="single" w:color="F79646" w:themeColor="accent6" w:sz="8" w:space="0"/>
        <w:bottom w:val="single" w:color="F79646" w:themeColor="accent6" w:sz="8" w:space="0"/>
        <w:right w:val="single" w:color="F79646" w:themeColor="accent6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F79646" w:themeColor="accent6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F79646" w:themeColor="accent6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F79646" w:themeColor="accent6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F79646" w:themeColor="accent6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color="404040" w:themeColor="text1" w:themeTint="bf" w:sz="8" w:space="0"/>
        <w:left w:val="single" w:color="404040" w:themeColor="text1" w:themeTint="bf" w:sz="8" w:space="0"/>
        <w:bottom w:val="single" w:color="404040" w:themeColor="text1" w:themeTint="bf" w:sz="8" w:space="0"/>
        <w:right w:val="single" w:color="404040" w:themeColor="text1" w:themeTint="bf" w:sz="8" w:space="0"/>
        <w:insideH w:val="single" w:color="404040" w:themeColor="text1" w:themeTint="bf" w:sz="8" w:space="0"/>
        <w:insideV w:val="single" w:color="404040" w:themeColor="text1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  <w:tblPr/>
    </w:tblStylePr>
    <w:tblStylePr w:type="lastRow">
      <w:rPr>
        <w:b/>
        <w:bCs/>
      </w:rPr>
      <w:tblPr/>
      <w:tcPr>
        <w:tcBorders>
          <w:top w:val="single" w:color="404040" w:themeColor="text1" w:sz="18" w:space="0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color="7BA0CD" w:themeColor="accent1" w:themeTint="bf" w:sz="8" w:space="0"/>
        <w:left w:val="single" w:color="7BA0CD" w:themeColor="accent1" w:themeTint="bf" w:sz="8" w:space="0"/>
        <w:bottom w:val="single" w:color="7BA0CD" w:themeColor="accent1" w:themeTint="bf" w:sz="8" w:space="0"/>
        <w:right w:val="single" w:color="7BA0CD" w:themeColor="accent1" w:themeTint="bf" w:sz="8" w:space="0"/>
        <w:insideH w:val="single" w:color="7BA0CD" w:themeColor="accent1" w:themeTint="bf" w:sz="8" w:space="0"/>
        <w:insideV w:val="single" w:color="7BA0CD" w:themeColor="accent1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  <w:tblPr/>
    </w:tblStylePr>
    <w:tblStylePr w:type="lastRow">
      <w:rPr>
        <w:b/>
        <w:bCs/>
      </w:rPr>
      <w:tblPr/>
      <w:tcPr>
        <w:tcBorders>
          <w:top w:val="single" w:color="7BA0CD" w:themeColor="accent1" w:sz="18" w:space="0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color="CF7B79" w:themeColor="accent2" w:themeTint="bf" w:sz="8" w:space="0"/>
        <w:left w:val="single" w:color="CF7B79" w:themeColor="accent2" w:themeTint="bf" w:sz="8" w:space="0"/>
        <w:bottom w:val="single" w:color="CF7B79" w:themeColor="accent2" w:themeTint="bf" w:sz="8" w:space="0"/>
        <w:right w:val="single" w:color="CF7B79" w:themeColor="accent2" w:themeTint="bf" w:sz="8" w:space="0"/>
        <w:insideH w:val="single" w:color="CF7B79" w:themeColor="accent2" w:themeTint="bf" w:sz="8" w:space="0"/>
        <w:insideV w:val="single" w:color="CF7B79" w:themeColor="accent2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  <w:tblPr/>
    </w:tblStylePr>
    <w:tblStylePr w:type="lastRow">
      <w:rPr>
        <w:b/>
        <w:bCs/>
      </w:rPr>
      <w:tblPr/>
      <w:tcPr>
        <w:tcBorders>
          <w:top w:val="single" w:color="CF7B79" w:themeColor="accent2" w:sz="18" w:space="0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color="B3CC82" w:themeColor="accent3" w:themeTint="bf" w:sz="8" w:space="0"/>
        <w:left w:val="single" w:color="B3CC82" w:themeColor="accent3" w:themeTint="bf" w:sz="8" w:space="0"/>
        <w:bottom w:val="single" w:color="B3CC82" w:themeColor="accent3" w:themeTint="bf" w:sz="8" w:space="0"/>
        <w:right w:val="single" w:color="B3CC82" w:themeColor="accent3" w:themeTint="bf" w:sz="8" w:space="0"/>
        <w:insideH w:val="single" w:color="B3CC82" w:themeColor="accent3" w:themeTint="bf" w:sz="8" w:space="0"/>
        <w:insideV w:val="single" w:color="B3CC82" w:themeColor="accent3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  <w:tblPr/>
    </w:tblStylePr>
    <w:tblStylePr w:type="lastRow">
      <w:rPr>
        <w:b/>
        <w:bCs/>
      </w:rPr>
      <w:tblPr/>
      <w:tcPr>
        <w:tcBorders>
          <w:top w:val="single" w:color="B3CC82" w:themeColor="accent3" w:sz="18" w:space="0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color="9F8AB9" w:themeColor="accent4" w:themeTint="bf" w:sz="8" w:space="0"/>
        <w:left w:val="single" w:color="9F8AB9" w:themeColor="accent4" w:themeTint="bf" w:sz="8" w:space="0"/>
        <w:bottom w:val="single" w:color="9F8AB9" w:themeColor="accent4" w:themeTint="bf" w:sz="8" w:space="0"/>
        <w:right w:val="single" w:color="9F8AB9" w:themeColor="accent4" w:themeTint="bf" w:sz="8" w:space="0"/>
        <w:insideH w:val="single" w:color="9F8AB9" w:themeColor="accent4" w:themeTint="bf" w:sz="8" w:space="0"/>
        <w:insideV w:val="single" w:color="9F8AB9" w:themeColor="accent4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  <w:tblPr/>
    </w:tblStylePr>
    <w:tblStylePr w:type="lastRow">
      <w:rPr>
        <w:b/>
        <w:bCs/>
      </w:rPr>
      <w:tblPr/>
      <w:tcPr>
        <w:tcBorders>
          <w:top w:val="single" w:color="9F8AB9" w:themeColor="accent4" w:sz="18" w:space="0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color="78C0D4" w:themeColor="accent5" w:themeTint="bf" w:sz="8" w:space="0"/>
        <w:left w:val="single" w:color="78C0D4" w:themeColor="accent5" w:themeTint="bf" w:sz="8" w:space="0"/>
        <w:bottom w:val="single" w:color="78C0D4" w:themeColor="accent5" w:themeTint="bf" w:sz="8" w:space="0"/>
        <w:right w:val="single" w:color="78C0D4" w:themeColor="accent5" w:themeTint="bf" w:sz="8" w:space="0"/>
        <w:insideH w:val="single" w:color="78C0D4" w:themeColor="accent5" w:themeTint="bf" w:sz="8" w:space="0"/>
        <w:insideV w:val="single" w:color="78C0D4" w:themeColor="accent5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  <w:tblPr/>
    </w:tblStylePr>
    <w:tblStylePr w:type="lastRow">
      <w:rPr>
        <w:b/>
        <w:bCs/>
      </w:rPr>
      <w:tblPr/>
      <w:tcPr>
        <w:tcBorders>
          <w:top w:val="single" w:color="78C0D4" w:themeColor="accent5" w:sz="18" w:space="0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color="F9B074" w:themeColor="accent6" w:themeTint="bf" w:sz="8" w:space="0"/>
        <w:left w:val="single" w:color="F9B074" w:themeColor="accent6" w:themeTint="bf" w:sz="8" w:space="0"/>
        <w:bottom w:val="single" w:color="F9B074" w:themeColor="accent6" w:themeTint="bf" w:sz="8" w:space="0"/>
        <w:right w:val="single" w:color="F9B074" w:themeColor="accent6" w:themeTint="bf" w:sz="8" w:space="0"/>
        <w:insideH w:val="single" w:color="F9B074" w:themeColor="accent6" w:themeTint="bf" w:sz="8" w:space="0"/>
        <w:insideV w:val="single" w:color="F9B074" w:themeColor="accent6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  <w:tblPr/>
    </w:tblStylePr>
    <w:tblStylePr w:type="lastRow">
      <w:rPr>
        <w:b/>
        <w:bCs/>
      </w:rPr>
      <w:tblPr/>
      <w:tcPr>
        <w:tcBorders>
          <w:top w:val="single" w:color="F9B074" w:themeColor="accent6" w:sz="18" w:space="0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</w:rPr>
    <w:tblPr>
      <w:tblStyleRowBandSize w:val="1"/>
      <w:tblStyleColBandSize w:val="1"/>
      <w:tblBorders>
        <w:top w:val="single" w:color="000000" w:themeColor="text1" w:sz="8" w:space="0"/>
        <w:left w:val="single" w:color="000000" w:themeColor="text1" w:sz="8" w:space="0"/>
        <w:bottom w:val="single" w:color="000000" w:themeColor="text1" w:sz="8" w:space="0"/>
        <w:right w:val="single" w:color="000000" w:themeColor="text1" w:sz="8" w:space="0"/>
        <w:insideH w:val="single" w:color="000000" w:themeColor="text1" w:sz="8" w:space="0"/>
        <w:insideV w:val="single" w:color="000000" w:themeColor="text1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color="000000" w:themeColor="text1" w:sz="6" w:space="0"/>
          <w:insideV w:val="single" w:color="000000" w:themeColor="text1" w:sz="6" w:space="0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</w:rPr>
    <w:tblPr>
      <w:tblStyleRowBandSize w:val="1"/>
      <w:tblStyleColBandSize w:val="1"/>
      <w:tblBorders>
        <w:top w:val="single" w:color="4F81BD" w:themeColor="accent1" w:sz="8" w:space="0"/>
        <w:left w:val="single" w:color="4F81BD" w:themeColor="accent1" w:sz="8" w:space="0"/>
        <w:bottom w:val="single" w:color="4F81BD" w:themeColor="accent1" w:sz="8" w:space="0"/>
        <w:right w:val="single" w:color="4F81BD" w:themeColor="accent1" w:sz="8" w:space="0"/>
        <w:insideH w:val="single" w:color="4F81BD" w:themeColor="accent1" w:sz="8" w:space="0"/>
        <w:insideV w:val="single" w:color="4F81BD" w:themeColor="accent1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color="4F81BD" w:themeColor="accent1" w:sz="6" w:space="0"/>
          <w:insideV w:val="single" w:color="4F81BD" w:themeColor="accent1" w:sz="6" w:space="0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</w:rPr>
    <w:tblPr>
      <w:tblStyleRowBandSize w:val="1"/>
      <w:tblStyleColBandSize w:val="1"/>
      <w:tblBorders>
        <w:top w:val="single" w:color="C0504D" w:themeColor="accent2" w:sz="8" w:space="0"/>
        <w:left w:val="single" w:color="C0504D" w:themeColor="accent2" w:sz="8" w:space="0"/>
        <w:bottom w:val="single" w:color="C0504D" w:themeColor="accent2" w:sz="8" w:space="0"/>
        <w:right w:val="single" w:color="C0504D" w:themeColor="accent2" w:sz="8" w:space="0"/>
        <w:insideH w:val="single" w:color="C0504D" w:themeColor="accent2" w:sz="8" w:space="0"/>
        <w:insideV w:val="single" w:color="C0504D" w:themeColor="accent2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color="C0504D" w:themeColor="accent2" w:sz="6" w:space="0"/>
          <w:insideV w:val="single" w:color="C0504D" w:themeColor="accent2" w:sz="6" w:space="0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</w:rPr>
    <w:tblPr>
      <w:tblStyleRowBandSize w:val="1"/>
      <w:tblStyleColBandSize w:val="1"/>
      <w:tblBorders>
        <w:top w:val="single" w:color="9BBB59" w:themeColor="accent3" w:sz="8" w:space="0"/>
        <w:left w:val="single" w:color="9BBB59" w:themeColor="accent3" w:sz="8" w:space="0"/>
        <w:bottom w:val="single" w:color="9BBB59" w:themeColor="accent3" w:sz="8" w:space="0"/>
        <w:right w:val="single" w:color="9BBB59" w:themeColor="accent3" w:sz="8" w:space="0"/>
        <w:insideH w:val="single" w:color="9BBB59" w:themeColor="accent3" w:sz="8" w:space="0"/>
        <w:insideV w:val="single" w:color="9BBB59" w:themeColor="accent3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color="9BBB59" w:themeColor="accent3" w:sz="6" w:space="0"/>
          <w:insideV w:val="single" w:color="9BBB59" w:themeColor="accent3" w:sz="6" w:space="0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</w:rPr>
    <w:tblPr>
      <w:tblStyleRowBandSize w:val="1"/>
      <w:tblStyleColBandSize w:val="1"/>
      <w:tblBorders>
        <w:top w:val="single" w:color="8064A2" w:themeColor="accent4" w:sz="8" w:space="0"/>
        <w:left w:val="single" w:color="8064A2" w:themeColor="accent4" w:sz="8" w:space="0"/>
        <w:bottom w:val="single" w:color="8064A2" w:themeColor="accent4" w:sz="8" w:space="0"/>
        <w:right w:val="single" w:color="8064A2" w:themeColor="accent4" w:sz="8" w:space="0"/>
        <w:insideH w:val="single" w:color="8064A2" w:themeColor="accent4" w:sz="8" w:space="0"/>
        <w:insideV w:val="single" w:color="8064A2" w:themeColor="accent4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color="8064A2" w:themeColor="accent4" w:sz="6" w:space="0"/>
          <w:insideV w:val="single" w:color="8064A2" w:themeColor="accent4" w:sz="6" w:space="0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</w:rPr>
    <w:tblPr>
      <w:tblStyleRowBandSize w:val="1"/>
      <w:tblStyleColBandSize w:val="1"/>
      <w:tblBorders>
        <w:top w:val="single" w:color="4BACC6" w:themeColor="accent5" w:sz="8" w:space="0"/>
        <w:left w:val="single" w:color="4BACC6" w:themeColor="accent5" w:sz="8" w:space="0"/>
        <w:bottom w:val="single" w:color="4BACC6" w:themeColor="accent5" w:sz="8" w:space="0"/>
        <w:right w:val="single" w:color="4BACC6" w:themeColor="accent5" w:sz="8" w:space="0"/>
        <w:insideH w:val="single" w:color="4BACC6" w:themeColor="accent5" w:sz="8" w:space="0"/>
        <w:insideV w:val="single" w:color="4BACC6" w:themeColor="accent5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color="4BACC6" w:themeColor="accent5" w:sz="6" w:space="0"/>
          <w:insideV w:val="single" w:color="4BACC6" w:themeColor="accent5" w:sz="6" w:space="0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</w:rPr>
    <w:tblPr>
      <w:tblStyleRowBandSize w:val="1"/>
      <w:tblStyleColBandSize w:val="1"/>
      <w:tblBorders>
        <w:top w:val="single" w:color="F79646" w:themeColor="accent6" w:sz="8" w:space="0"/>
        <w:left w:val="single" w:color="F79646" w:themeColor="accent6" w:sz="8" w:space="0"/>
        <w:bottom w:val="single" w:color="F79646" w:themeColor="accent6" w:sz="8" w:space="0"/>
        <w:right w:val="single" w:color="F79646" w:themeColor="accent6" w:sz="8" w:space="0"/>
        <w:insideH w:val="single" w:color="F79646" w:themeColor="accent6" w:sz="8" w:space="0"/>
        <w:insideV w:val="single" w:color="F79646" w:themeColor="accent6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color="F79646" w:themeColor="accent6" w:sz="6" w:space="0"/>
          <w:insideV w:val="single" w:color="F79646" w:themeColor="accent6" w:sz="6" w:space="0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color w:val="ffffff" w:themeColor="background1"/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000000" w:themeFill="text1"/>
      </w:tcPr>
    </w:tblStylePr>
    <w:tblStylePr w:type="lastRow">
      <w:rPr>
        <w:b/>
        <w:bCs/>
        <w:i w:val="0"/>
        <w:color w:val="ffffff" w:themeColor="background1"/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000000" w:themeFill="text1"/>
      </w:tcPr>
    </w:tblStylePr>
    <w:tblStylePr w:type="firstCol">
      <w:rPr>
        <w:b/>
        <w:bCs/>
        <w:i w:val="0"/>
        <w:color w:val="ffffff" w:themeColor="background1"/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color w:val="ffffff" w:themeColor="background1"/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color="FFFFFF" w:themeColor="background1" w:sz="8" w:space="0"/>
          <w:insideV w:val="single" w:color="FFFFFF" w:themeColor="background1" w:sz="8" w:space="0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color w:val="ffffff" w:themeColor="background1"/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4F81BD" w:themeFill="accent1"/>
      </w:tcPr>
    </w:tblStylePr>
    <w:tblStylePr w:type="lastRow">
      <w:rPr>
        <w:b/>
        <w:bCs/>
        <w:i w:val="0"/>
        <w:color w:val="ffffff" w:themeColor="background1"/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4F81BD" w:themeFill="accent1"/>
      </w:tcPr>
    </w:tblStylePr>
    <w:tblStylePr w:type="firstCol">
      <w:rPr>
        <w:b/>
        <w:bCs/>
        <w:i w:val="0"/>
        <w:color w:val="ffffff" w:themeColor="background1"/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color w:val="ffffff" w:themeColor="background1"/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color="FFFFFF" w:themeColor="background1" w:sz="8" w:space="0"/>
          <w:insideV w:val="single" w:color="FFFFFF" w:themeColor="background1" w:sz="8" w:space="0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color w:val="ffffff" w:themeColor="background1"/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C0504D" w:themeFill="accent2"/>
      </w:tcPr>
    </w:tblStylePr>
    <w:tblStylePr w:type="lastRow">
      <w:rPr>
        <w:b/>
        <w:bCs/>
        <w:i w:val="0"/>
        <w:color w:val="ffffff" w:themeColor="background1"/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C0504D" w:themeFill="accent2"/>
      </w:tcPr>
    </w:tblStylePr>
    <w:tblStylePr w:type="firstCol">
      <w:rPr>
        <w:b/>
        <w:bCs/>
        <w:i w:val="0"/>
        <w:color w:val="ffffff" w:themeColor="background1"/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color w:val="ffffff" w:themeColor="background1"/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color="FFFFFF" w:themeColor="background1" w:sz="8" w:space="0"/>
          <w:insideV w:val="single" w:color="FFFFFF" w:themeColor="background1" w:sz="8" w:space="0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color w:val="ffffff" w:themeColor="background1"/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9BBB59" w:themeFill="accent3"/>
      </w:tcPr>
    </w:tblStylePr>
    <w:tblStylePr w:type="lastRow">
      <w:rPr>
        <w:b/>
        <w:bCs/>
        <w:i w:val="0"/>
        <w:color w:val="ffffff" w:themeColor="background1"/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9BBB59" w:themeFill="accent3"/>
      </w:tcPr>
    </w:tblStylePr>
    <w:tblStylePr w:type="firstCol">
      <w:rPr>
        <w:b/>
        <w:bCs/>
        <w:i w:val="0"/>
        <w:color w:val="ffffff" w:themeColor="background1"/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color w:val="ffffff" w:themeColor="background1"/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color="FFFFFF" w:themeColor="background1" w:sz="8" w:space="0"/>
          <w:insideV w:val="single" w:color="FFFFFF" w:themeColor="background1" w:sz="8" w:space="0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color w:val="ffffff" w:themeColor="background1"/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8064A2" w:themeFill="accent4"/>
      </w:tcPr>
    </w:tblStylePr>
    <w:tblStylePr w:type="lastRow">
      <w:rPr>
        <w:b/>
        <w:bCs/>
        <w:i w:val="0"/>
        <w:color w:val="ffffff" w:themeColor="background1"/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8064A2" w:themeFill="accent4"/>
      </w:tcPr>
    </w:tblStylePr>
    <w:tblStylePr w:type="firstCol">
      <w:rPr>
        <w:b/>
        <w:bCs/>
        <w:i w:val="0"/>
        <w:color w:val="ffffff" w:themeColor="background1"/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color w:val="ffffff" w:themeColor="background1"/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color="FFFFFF" w:themeColor="background1" w:sz="8" w:space="0"/>
          <w:insideV w:val="single" w:color="FFFFFF" w:themeColor="background1" w:sz="8" w:space="0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color w:val="ffffff" w:themeColor="background1"/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4BACC6" w:themeFill="accent5"/>
      </w:tcPr>
    </w:tblStylePr>
    <w:tblStylePr w:type="lastRow">
      <w:rPr>
        <w:b/>
        <w:bCs/>
        <w:i w:val="0"/>
        <w:color w:val="ffffff" w:themeColor="background1"/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4BACC6" w:themeFill="accent5"/>
      </w:tcPr>
    </w:tblStylePr>
    <w:tblStylePr w:type="firstCol">
      <w:rPr>
        <w:b/>
        <w:bCs/>
        <w:i w:val="0"/>
        <w:color w:val="ffffff" w:themeColor="background1"/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color w:val="ffffff" w:themeColor="background1"/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color="FFFFFF" w:themeColor="background1" w:sz="8" w:space="0"/>
          <w:insideV w:val="single" w:color="FFFFFF" w:themeColor="background1" w:sz="8" w:space="0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color w:val="ffffff" w:themeColor="background1"/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F79646" w:themeFill="accent6"/>
      </w:tcPr>
    </w:tblStylePr>
    <w:tblStylePr w:type="lastRow">
      <w:rPr>
        <w:b/>
        <w:bCs/>
        <w:i w:val="0"/>
        <w:color w:val="ffffff" w:themeColor="background1"/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F79646" w:themeFill="accent6"/>
      </w:tcPr>
    </w:tblStylePr>
    <w:tblStylePr w:type="firstCol">
      <w:rPr>
        <w:b/>
        <w:bCs/>
        <w:i w:val="0"/>
        <w:color w:val="ffffff" w:themeColor="background1"/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color w:val="ffffff" w:themeColor="background1"/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color="FFFFFF" w:themeColor="background1" w:sz="8" w:space="0"/>
          <w:insideV w:val="single" w:color="FFFFFF" w:themeColor="background1" w:sz="8" w:space="0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color="C0504D" w:themeColor="accent2" w:sz="2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C0504D" w:themeColor="accent2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color="FFFFFF" w:themeColor="background1" w:sz="6" w:space="0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color="000000" w:themeColor="text1" w:sz="4" w:space="0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  <w:tblPr/>
    </w:tblStylePr>
    <w:tblStylePr w:type="nwCell">
      <w:rPr>
        <w:color w:val="000000" w:themeColor="text1"/>
      </w:rPr>
      <w:tblPr/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color="C0504D" w:themeColor="accent2" w:sz="24" w:space="0"/>
        <w:left w:val="single" w:color="4F81BD" w:themeColor="accent1" w:sz="4" w:space="0"/>
        <w:bottom w:val="single" w:color="4F81BD" w:themeColor="accent1" w:sz="4" w:space="0"/>
        <w:right w:val="single" w:color="4F81BD" w:themeColor="accent1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C0504D" w:themeColor="accent2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color="FFFFFF" w:themeColor="background1" w:sz="6" w:space="0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color="2C4C74" w:themeColor="accent1" w:sz="4" w:space="0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  <w:tblPr/>
    </w:tblStylePr>
    <w:tblStylePr w:type="nwCell">
      <w:rPr>
        <w:color w:val="000000" w:themeColor="text1"/>
      </w:rPr>
      <w:tblPr/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color="C0504D" w:themeColor="accent2" w:sz="24" w:space="0"/>
        <w:left w:val="single" w:color="C0504D" w:themeColor="accent2" w:sz="4" w:space="0"/>
        <w:bottom w:val="single" w:color="C0504D" w:themeColor="accent2" w:sz="4" w:space="0"/>
        <w:right w:val="single" w:color="C0504D" w:themeColor="accent2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C0504D" w:themeColor="accent2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color="FFFFFF" w:themeColor="background1" w:sz="6" w:space="0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color="772C2A" w:themeColor="accent2" w:sz="4" w:space="0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  <w:tblPr/>
    </w:tblStylePr>
    <w:tblStylePr w:type="nwCell">
      <w:rPr>
        <w:color w:val="000000" w:themeColor="text1"/>
      </w:rPr>
      <w:tblPr/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color="8064A2" w:themeColor="accent4" w:sz="24" w:space="0"/>
        <w:left w:val="single" w:color="9BBB59" w:themeColor="accent3" w:sz="4" w:space="0"/>
        <w:bottom w:val="single" w:color="9BBB59" w:themeColor="accent3" w:sz="4" w:space="0"/>
        <w:right w:val="single" w:color="9BBB59" w:themeColor="accent3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8064A2" w:themeColor="accent4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color="FFFFFF" w:themeColor="background1" w:sz="6" w:space="0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color="5E7530" w:themeColor="accent3" w:sz="4" w:space="0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color="9BBB59" w:themeColor="accent3" w:sz="24" w:space="0"/>
        <w:left w:val="single" w:color="8064A2" w:themeColor="accent4" w:sz="4" w:space="0"/>
        <w:bottom w:val="single" w:color="8064A2" w:themeColor="accent4" w:sz="4" w:space="0"/>
        <w:right w:val="single" w:color="8064A2" w:themeColor="accent4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9BBB59" w:themeColor="accent3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color="FFFFFF" w:themeColor="background1" w:sz="6" w:space="0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color="4C3B62" w:themeColor="accent4" w:sz="4" w:space="0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  <w:tblPr/>
    </w:tblStylePr>
    <w:tblStylePr w:type="nwCell">
      <w:rPr>
        <w:color w:val="000000" w:themeColor="text1"/>
      </w:rPr>
      <w:tblPr/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color="F79646" w:themeColor="accent6" w:sz="24" w:space="0"/>
        <w:left w:val="single" w:color="4BACC6" w:themeColor="accent5" w:sz="4" w:space="0"/>
        <w:bottom w:val="single" w:color="4BACC6" w:themeColor="accent5" w:sz="4" w:space="0"/>
        <w:right w:val="single" w:color="4BACC6" w:themeColor="accent5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F79646" w:themeColor="accent6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color="FFFFFF" w:themeColor="background1" w:sz="6" w:space="0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color="276A7C" w:themeColor="accent5" w:sz="4" w:space="0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  <w:tblPr/>
    </w:tblStylePr>
    <w:tblStylePr w:type="nwCell">
      <w:rPr>
        <w:color w:val="000000" w:themeColor="text1"/>
      </w:rPr>
      <w:tblPr/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color="4BACC6" w:themeColor="accent5" w:sz="24" w:space="0"/>
        <w:left w:val="single" w:color="F79646" w:themeColor="accent6" w:sz="4" w:space="0"/>
        <w:bottom w:val="single" w:color="F79646" w:themeColor="accent6" w:sz="4" w:space="0"/>
        <w:right w:val="single" w:color="F79646" w:themeColor="accent6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4BACC6" w:themeColor="accent5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color="FFFFFF" w:themeColor="background1" w:sz="6" w:space="0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color="B65608" w:themeColor="accent6" w:sz="4" w:space="0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  <w:tblPr/>
    </w:tblStylePr>
    <w:tblStylePr w:type="nwCell">
      <w:rPr>
        <w:color w:val="000000" w:themeColor="text1"/>
      </w:rPr>
      <w:tblPr/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color="FFFFFF" w:themeColor="background1" w:sz="12" w:space="0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color="FFFFFF" w:themeColor="background1" w:sz="12" w:space="0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color="FFFFFF" w:themeColor="background1" w:sz="12" w:space="0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color="FFFFFF" w:themeColor="background1" w:sz="12" w:space="0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color="FFFFFF" w:themeColor="background1" w:sz="12" w:space="0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color="FFFFFF" w:themeColor="background1" w:sz="12" w:space="0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color="FFFFFF" w:themeColor="background1" w:sz="12" w:space="0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header" Target="header2.xml"/><Relationship Id="rId4" Type="http://schemas.openxmlformats.org/officeDocument/2006/relationships/header" Target="header3.xml"/><Relationship Id="rId5" Type="http://schemas.openxmlformats.org/officeDocument/2006/relationships/numbering" Target="numbering.xml"/><Relationship Id="rId6" Type="http://schemas.openxmlformats.org/officeDocument/2006/relationships/fontTable" Target="fontTable.xml"/><Relationship Id="rId7" Type="http://schemas.openxmlformats.org/officeDocument/2006/relationships/settings" Target="settings.xml"/><Relationship Id="rId8" Type="http://schemas.openxmlformats.org/officeDocument/2006/relationships/theme" Target="theme/theme1.xml"/><Relationship Id="rId9" Type="http://schemas.openxmlformats.org/officeDocument/2006/relationships/customXml" Target="../customXml/item1.xml"/>
</Relationships>
</file>

<file path=word/_rels/header2.xml.rels><?xml version="1.0" encoding="UTF-8"?>
<Relationships xmlns="http://schemas.openxmlformats.org/package/2006/relationships"><Relationship Id="rId1" Type="http://schemas.openxmlformats.org/officeDocument/2006/relationships/image" Target="media/image1.png"/>
</Relationships>
</file>

<file path=word/_rels/header3.xml.rels><?xml version="1.0" encoding="UTF-8"?>
<Relationships xmlns="http://schemas.openxmlformats.org/package/2006/relationships"><Relationship Id="rId1" Type="http://schemas.openxmlformats.org/officeDocument/2006/relationships/image" Target="media/image1.png"/>
</Relationships>
</file>

<file path=word/theme/theme1.xml><?xml version="1.0" encoding="utf-8"?>
<a:theme xmlns:a="http://schemas.openxmlformats.org/drawingml/2006/main" xmlns:r="http://schemas.openxmlformats.org/officeDocument/2006/relationships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 pitchFamily="0" charset="1"/>
        <a:ea typeface=""/>
        <a:cs typeface=""/>
      </a:majorFont>
      <a:minorFont>
        <a:latin typeface="Cambria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 l="0" t="0" r="0" b="0"/>
        </a:gradFill>
        <a:gradFill>
          <a:gsLst>
            <a:gs pos="0">
              <a:schemeClr val="phClr">
                <a:tint val="100000"/>
                <a:shade val="100000"/>
              </a:schemeClr>
            </a:gs>
            <a:gs pos="100000">
              <a:schemeClr val="phClr">
                <a:tint val="50000"/>
                <a:shade val="100000"/>
              </a:schemeClr>
            </a:gs>
          </a:gsLst>
          <a:lin ang="16200000" scaled="0"/>
          <a:tileRect l="0" t="0" r="0" b="0"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 l="0" t="0" r="0" b="0"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 l="0" t="0" r="0" b="0"/>
        </a:gradFill>
      </a:bgFillStyleLst>
    </a:fmtScheme>
  </a:themeElements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Application>LibreOffice/26.2.5.2$Windows_X86_64 LibreOffice_project/cd7284b4cbbfeb507e630c1aac019f4157393acb</Application>
  <AppVersion>15.0000</AppVersion>
  <Pages>1</Pages>
  <Words>221</Words>
  <Characters>1813</Characters>
  <CharactersWithSpaces>2014</CharactersWithSpaces>
  <Paragraphs>27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2013-12-23T23:15:00Z</dcterms:created>
  <dc:creator>python-docx</dc:creator>
  <dc:description>generated by python-docx</dc:description>
  <dc:language>en-GB</dc:language>
  <cp:lastModifiedBy/>
  <dcterms:modified xsi:type="dcterms:W3CDTF">2026-09-01T11:13:47Z</dcterms:modified>
  <cp:revision>4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