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944" w:type="dxa"/>
        <w:jc w:val="center"/>
        <w:tblInd w:w="0" w:type="dxa"/>
        <w:tblLayout w:type="fixed"/>
        <w:tblCellMar>
          <w:top w:w="40" w:type="dxa"/>
          <w:start w:w="60" w:type="dxa"/>
          <w:bottom w:w="40" w:type="dxa"/>
          <w:end w:w="60" w:type="dxa"/>
        </w:tblCellMar>
        <w:tblLook w:val="04a0" w:firstRow="1" w:noVBand="1" w:lastRow="0" w:firstColumn="1" w:lastColumn="0" w:noHBand="0"/>
      </w:tblPr>
      <w:tblGrid>
        <w:gridCol w:w="3648"/>
        <w:gridCol w:w="3785"/>
        <w:gridCol w:w="3511"/>
      </w:tblGrid>
      <w:tr>
        <w:trPr/>
        <w:tc>
          <w:tcPr>
            <w:tcW w:w="3648" w:type="dxa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</w:tcPr>
          <w:p>
            <w:pPr>
              <w:pStyle w:val="Normal"/>
              <w:spacing w:before="0" w:after="40"/>
              <w:rPr/>
            </w:pPr>
            <w:r>
              <w:rPr>
                <w:rFonts w:ascii="Arial" w:hAnsi="Arial"/>
                <w:sz w:val="17"/>
              </w:rPr>
              <w:t>Județul: ....................................................</w:t>
              <w:br/>
              <w:t>Autoritatea administrației publice: ............</w:t>
              <w:br/>
              <w:t>Adresa oficială: sediul / telefon / e-mail: .......</w:t>
              <w:br/>
              <w:t>CIF: .........................................................</w:t>
            </w:r>
          </w:p>
        </w:tc>
        <w:tc>
          <w:tcPr>
            <w:tcW w:w="3785" w:type="dxa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</w:tcPr>
          <w:p>
            <w:pPr>
              <w:pStyle w:val="BodyText"/>
              <w:widowControl/>
              <w:tabs>
                <w:tab w:val="clear" w:pos="720"/>
                <w:tab w:val="left" w:pos="4180" w:leader="none"/>
                <w:tab w:val="left" w:pos="7580" w:leader="none"/>
                <w:tab w:val="left" w:pos="10241" w:leader="none"/>
              </w:tabs>
              <w:suppressAutoHyphens w:val="true"/>
              <w:bidi w:val="0"/>
              <w:spacing w:lineRule="auto" w:line="276" w:before="0" w:after="0"/>
              <w:ind w:hanging="227" w:start="227" w:end="17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Conform Legii nr.9 din04.01.2023:</w:t>
            </w:r>
          </w:p>
          <w:p>
            <w:pPr>
              <w:pStyle w:val="BodyText"/>
              <w:widowControl/>
              <w:tabs>
                <w:tab w:val="clear" w:pos="720"/>
                <w:tab w:val="left" w:pos="4180" w:leader="none"/>
                <w:tab w:val="left" w:pos="7580" w:leader="none"/>
                <w:tab w:val="left" w:pos="10241" w:leader="none"/>
              </w:tabs>
              <w:suppressAutoHyphens w:val="true"/>
              <w:bidi w:val="0"/>
              <w:spacing w:lineRule="auto" w:line="276" w:before="0" w:after="0"/>
              <w:ind w:hanging="227" w:start="227" w:end="17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Durata de completare a formularului: 5 min.</w:t>
            </w:r>
          </w:p>
        </w:tc>
        <w:tc>
          <w:tcPr>
            <w:tcW w:w="3511" w:type="dxa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i/>
                <w:sz w:val="16"/>
              </w:rPr>
              <w:t>Număr de înregistrare: .....................</w:t>
              <w:br/>
              <w:t>Data: ...................................................</w:t>
              <w:br/>
              <w:t>(se completează de autoritate)</w:t>
            </w:r>
          </w:p>
        </w:tc>
      </w:tr>
      <w:tr>
        <w:trPr/>
        <w:tc>
          <w:tcPr>
            <w:tcW w:w="10944" w:type="dxa"/>
            <w:gridSpan w:val="3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  <w:shd w:fill="F0F0F0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sz w:val="21"/>
              </w:rPr>
              <w:t>CERERE PENTRU PRELUNGIREA DURATEI DE EXECUȚIE / VALABILITĂȚII AUTORIZAȚIEI</w:t>
            </w:r>
          </w:p>
        </w:tc>
      </w:tr>
    </w:tbl>
    <w:p>
      <w:pPr>
        <w:pStyle w:val="Normal"/>
        <w:spacing w:before="0" w:after="80"/>
        <w:rPr/>
      </w:pPr>
      <w:r>
        <w:rPr/>
      </w:r>
    </w:p>
    <w:p>
      <w:pPr>
        <w:pStyle w:val="Normal"/>
        <w:rPr/>
      </w:pPr>
      <w:r>
        <w:rPr>
          <w:b/>
        </w:rPr>
        <w:t>1. CĂTRE</w:t>
      </w:r>
    </w:p>
    <w:p>
      <w:pPr>
        <w:pStyle w:val="Normal"/>
        <w:rPr/>
      </w:pPr>
      <w:r>
        <w:rPr/>
        <w:t xml:space="preserve">Instituția: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primăria municipiului / orașului / comunei</w:t>
      </w:r>
      <w:r>
        <w:rPr/>
        <w:t xml:space="preserve">   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primăria de sector</w:t>
      </w:r>
      <w:r>
        <w:rPr/>
        <w:t xml:space="preserve">   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consiliul județean</w:t>
      </w:r>
    </w:p>
    <w:p>
      <w:pPr>
        <w:pStyle w:val="Normal"/>
        <w:spacing w:before="0" w:after="80"/>
        <w:rPr/>
      </w:pPr>
      <w:r>
        <w:rPr>
          <w:i/>
          <w:sz w:val="16"/>
        </w:rPr>
        <w:t>Cererea va fi transmisă către președintele consiliului județean, primarul general, primarul de sector sau primarul municipiului/orașului/comunei, după caz.</w:t>
      </w:r>
    </w:p>
    <w:p>
      <w:pPr>
        <w:pStyle w:val="Normal"/>
        <w:rPr/>
      </w:pPr>
      <w:r>
        <w:rPr>
          <w:b/>
        </w:rPr>
        <w:t>2. SOLICITANTUL</w:t>
      </w:r>
    </w:p>
    <w:tbl>
      <w:tblPr>
        <w:tblW w:w="10944" w:type="dxa"/>
        <w:jc w:val="center"/>
        <w:tblInd w:w="0" w:type="dxa"/>
        <w:tblLayout w:type="fixed"/>
        <w:tblCellMar>
          <w:top w:w="30" w:type="dxa"/>
          <w:start w:w="50" w:type="dxa"/>
          <w:bottom w:w="30" w:type="dxa"/>
          <w:end w:w="50" w:type="dxa"/>
        </w:tblCellMar>
        <w:tblLook w:val="04a0" w:firstRow="1" w:noVBand="1" w:lastRow="0" w:firstColumn="1" w:lastColumn="0" w:noHBand="0"/>
      </w:tblPr>
      <w:tblGrid>
        <w:gridCol w:w="5472"/>
        <w:gridCol w:w="5472"/>
      </w:tblGrid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Nume și prenume: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CNP:</w:t>
            </w:r>
          </w:p>
        </w:tc>
      </w:tr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Act de identitate: Seria ....... Nr. ............</w:t>
              <w:br/>
              <w:t>Eliberat de: ................... La data: .........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Domiciliul: Județul ........................................</w:t>
              <w:br/>
              <w:t>Municipiul/orașul/comuna: ...........................</w:t>
              <w:br/>
              <w:t>Sat/sector: .................... Str. ............................</w:t>
              <w:br/>
              <w:t>Nr. .... Sc. .... Et. .... Ap. .... Cod poștal ..........</w:t>
            </w:r>
          </w:p>
        </w:tc>
      </w:tr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Telefon/Fax: .......................................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E-mail: ....................................................</w:t>
            </w:r>
          </w:p>
        </w:tc>
      </w:tr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În calitate de reprezentant al: .....................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CUI/CIF: ....................................................</w:t>
            </w:r>
          </w:p>
        </w:tc>
      </w:tr>
    </w:tbl>
    <w:p>
      <w:pPr>
        <w:pStyle w:val="Normal"/>
        <w:spacing w:before="0" w:after="60"/>
        <w:rPr/>
      </w:pPr>
      <w:r>
        <w:rPr/>
      </w:r>
    </w:p>
    <w:p>
      <w:pPr>
        <w:pStyle w:val="Normal"/>
        <w:rPr/>
      </w:pPr>
      <w:r>
        <w:rPr/>
        <w:t>3. AUTORIZAȚIA DE CONSTRUIRE: Nr. .................... din .................... Emisă de ....................................................</w:t>
        <w:br/>
        <w:t>în temeiul art. 309-310 din Legea nr. 169/2026, solicit:</w:t>
        <w:br/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prelungirea DURATEI DE EXECUȚIE, pentru cel mult 12 luni</w:t>
      </w:r>
      <w:r>
        <w:rPr/>
        <w:br/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prelungirea VALABILITĂȚII autorizației, pentru cel mult 12 luni</w:t>
      </w:r>
      <w:r>
        <w:rPr/>
        <w:br/>
        <w:t>De la data .................... Până la data .................... Stadiul lucrărilor (%): .......... Data începerii efective: ............</w:t>
        <w:br/>
        <w:t>Lucrările rămase de executat și motivarea: .....................................................................................................................</w:t>
      </w:r>
    </w:p>
    <w:p>
      <w:pPr>
        <w:pStyle w:val="Normal"/>
        <w:rPr/>
      </w:pPr>
      <w:r>
        <w:rPr>
          <w:b/>
        </w:rPr>
        <w:t xml:space="preserve">5. SE ANEXEAZĂ: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b/>
            </w:rPr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autorizația de construire în original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dovada achitării taxei în copie</w:t>
      </w:r>
    </w:p>
    <w:p>
      <w:pPr>
        <w:pStyle w:val="Normal"/>
        <w:rPr/>
      </w:pPr>
      <w:r>
        <w:rPr>
          <w:b/>
        </w:rPr>
        <w:t>6. DATA ȘI SEMNĂTURA</w:t>
      </w:r>
    </w:p>
    <w:tbl>
      <w:tblPr>
        <w:tblW w:w="10944" w:type="dxa"/>
        <w:jc w:val="center"/>
        <w:tblInd w:w="0" w:type="dxa"/>
        <w:tblLayout w:type="fixed"/>
        <w:tblCellMar>
          <w:top w:w="40" w:type="dxa"/>
          <w:start w:w="60" w:type="dxa"/>
          <w:bottom w:w="40" w:type="dxa"/>
          <w:end w:w="60" w:type="dxa"/>
        </w:tblCellMar>
        <w:tblLook w:val="04a0" w:firstRow="1" w:noVBand="1" w:lastRow="0" w:firstColumn="1" w:lastColumn="0" w:noHBand="0"/>
      </w:tblPr>
      <w:tblGrid>
        <w:gridCol w:w="5472"/>
        <w:gridCol w:w="5472"/>
      </w:tblGrid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8"/>
              </w:rPr>
              <w:t>Data: ........................................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8"/>
              </w:rPr>
              <w:t>Titularul autorizației: ........................................</w:t>
              <w:br/>
              <w:t>Semnătura: ........................................</w:t>
            </w:r>
          </w:p>
        </w:tc>
      </w:tr>
    </w:tbl>
    <w:p>
      <w:pPr>
        <w:pStyle w:val="Normal"/>
        <w:spacing w:before="0" w:after="80"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2240" w:h="15840"/>
      <w:pgMar w:left="648" w:right="648" w:gutter="0" w:header="576" w:top="2149" w:footer="0" w:bottom="5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ourier">
    <w:altName w:val="Courier New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MS Gothic">
    <w:charset w:val="00" w:characterSet="windows-1252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2" behindDoc="1" locked="0" layoutInCell="0" allowOverlap="1">
          <wp:simplePos x="0" y="0"/>
          <wp:positionH relativeFrom="column">
            <wp:posOffset>264160</wp:posOffset>
          </wp:positionH>
          <wp:positionV relativeFrom="paragraph">
            <wp:posOffset>-144145</wp:posOffset>
          </wp:positionV>
          <wp:extent cx="6463665" cy="1048385"/>
          <wp:effectExtent l="0" t="0" r="0" b="0"/>
          <wp:wrapSquare wrapText="largest"/>
          <wp:docPr id="1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55" t="-959" r="-155" b="-959"/>
                  <a:stretch>
                    <a:fillRect/>
                  </a:stretch>
                </pic:blipFill>
                <pic:spPr bwMode="auto">
                  <a:xfrm>
                    <a:off x="0" y="0"/>
                    <a:ext cx="6463665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2" behindDoc="1" locked="0" layoutInCell="0" allowOverlap="1">
          <wp:simplePos x="0" y="0"/>
          <wp:positionH relativeFrom="column">
            <wp:posOffset>264160</wp:posOffset>
          </wp:positionH>
          <wp:positionV relativeFrom="paragraph">
            <wp:posOffset>-144145</wp:posOffset>
          </wp:positionV>
          <wp:extent cx="6463665" cy="1048385"/>
          <wp:effectExtent l="0" t="0" r="0" b="0"/>
          <wp:wrapSquare wrapText="largest"/>
          <wp:docPr id="2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55" t="-959" r="-155" b="-959"/>
                  <a:stretch>
                    <a:fillRect/>
                  </a:stretch>
                </pic:blipFill>
                <pic:spPr bwMode="auto">
                  <a:xfrm>
                    <a:off x="0" y="0"/>
                    <a:ext cx="6463665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9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76" w:before="0" w:after="20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618b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link w:val="Title"/>
    <w:uiPriority w:val="10"/>
    <w:qFormat/>
    <w:rsid w:val="00fc693f"/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start"/>
    </w:pPr>
    <w:rPr>
      <w:rFonts w:ascii="Courier" w:hAnsi="Courier" w:eastAsia="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Heading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LibreOffice/26.2.5.2$Windows_X86_64 LibreOffice_project/cd7284b4cbbfeb507e630c1aac019f4157393acb</Application>
  <AppVersion>15.0000</AppVersion>
  <Pages>1</Pages>
  <Words>220</Words>
  <Characters>2066</Characters>
  <CharactersWithSpaces>2281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en-GB</dc:language>
  <cp:lastModifiedBy/>
  <dcterms:modified xsi:type="dcterms:W3CDTF">2026-09-01T11:13:29Z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