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/>
      </w:pPr>
      <w:r>
        <w:rPr/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315595</wp:posOffset>
            </wp:positionH>
            <wp:positionV relativeFrom="paragraph">
              <wp:posOffset>-168910</wp:posOffset>
            </wp:positionV>
            <wp:extent cx="6463665" cy="106616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55" t="-959" r="-155" b="-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106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0950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648"/>
        <w:gridCol w:w="3770"/>
        <w:gridCol w:w="3532"/>
      </w:tblGrid>
      <w:tr>
        <w:trPr/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w="3770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Conform Legii nr.9 din04.01.2023:</w:t>
            </w:r>
          </w:p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Durata de completare a formularului: 5 min.</w:t>
            </w:r>
          </w:p>
          <w:p>
            <w:pPr>
              <w:pStyle w:val="Normal"/>
              <w:spacing w:before="0" w:after="20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</w:r>
          </w:p>
        </w:tc>
        <w:tc>
          <w:tcPr>
            <w:tcW w:w="3532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200"/>
              <w:rPr>
                <w:i/>
                <w:sz w:val="16"/>
              </w:rPr>
            </w:pPr>
            <w:r>
              <w:rPr>
                <w:i/>
                <w:sz w:val="16"/>
              </w:rPr>
              <w:t>Număr de înregistrare: 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/>
        <w:tc>
          <w:tcPr>
            <w:tcW w:w="10950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86"/>
              <w:jc w:val="center"/>
              <w:rPr/>
            </w:pPr>
            <w:r>
              <w:rPr>
                <w:b/>
                <w:sz w:val="21"/>
              </w:rPr>
              <w:t>CERERE PENTRU EMITEREA CERTIFICATULUI DE URBANISM PENTRU OPERAȚIUNI CADASTRALE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0" w:after="0"/>
        <w:rPr/>
      </w:pPr>
      <w:r>
        <w:rPr>
          <w:b/>
        </w:rPr>
        <w:t>1. CĂTRE</w:t>
      </w:r>
    </w:p>
    <w:p>
      <w:pPr>
        <w:pStyle w:val="Normal"/>
        <w:spacing w:before="0" w:after="29"/>
        <w:rPr/>
      </w:pPr>
      <w:r>
        <w:rPr/>
        <w:t xml:space="preserve">Instituția: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pStyle w:val="Normal"/>
        <w:spacing w:before="0" w:after="0"/>
        <w:rPr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pPr>
        <w:pStyle w:val="Normal"/>
        <w:spacing w:before="0" w:after="0"/>
        <w:rPr/>
      </w:pPr>
      <w:r>
        <w:rPr>
          <w:b/>
        </w:rPr>
        <w:t>2. SOLICITANTUL</w:t>
      </w:r>
    </w:p>
    <w:tbl>
      <w:tblPr>
        <w:tblW w:w="10944" w:type="dxa"/>
        <w:jc w:val="center"/>
        <w:tblInd w:w="0" w:type="dxa"/>
        <w:tblLayout w:type="fixed"/>
        <w:tblCellMar>
          <w:top w:w="30" w:type="dxa"/>
          <w:start w:w="50" w:type="dxa"/>
          <w:bottom w:w="30" w:type="dxa"/>
          <w:end w:w="5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Nume și prenume: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CNP: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E-mail: ....................................................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pStyle w:val="Normal"/>
        <w:spacing w:before="0" w:after="60"/>
        <w:rPr/>
      </w:pPr>
      <w:r>
        <w:rPr/>
      </w:r>
    </w:p>
    <w:p>
      <w:pPr>
        <w:pStyle w:val="Normal"/>
        <w:spacing w:before="0" w:after="0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titular al dreptului de proprietate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împuternicit al titularului</w:t>
      </w:r>
      <w:r>
        <w:rPr/>
        <w:br/>
        <w:t xml:space="preserve">în conformitate cu prevederile Legii nr. 169/2026, solicit emiterea </w:t>
      </w:r>
      <w:r>
        <w:rPr>
          <w:b/>
        </w:rPr>
        <w:t>CERTIFICATULUI DE URBANISM PENTRU OPERAȚIUNI CADASTRALE</w:t>
      </w:r>
    </w:p>
    <w:p>
      <w:pPr>
        <w:pStyle w:val="Normal"/>
        <w:spacing w:before="0" w:after="0"/>
        <w:rPr/>
      </w:pPr>
      <w:r>
        <w:rPr>
          <w:b/>
        </w:rPr>
        <w:t>3. ÎN VEDEREA REALIZĂRII OPERAȚIUNII CADASTRALE:</w:t>
      </w:r>
    </w:p>
    <w:p>
      <w:pPr>
        <w:pStyle w:val="Normal"/>
        <w:spacing w:before="0" w:after="0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comasare (alipire)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dezmembrare (dezlipire)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înscrierea unor servituți de trecere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evidențieri de imobile în cartea funciară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reevidențieri de imobile în cartea funciară</w:t>
      </w:r>
      <w:r>
        <w:rPr/>
        <w:br/>
        <w:t>Descrierea operațiunii cadastrale propuse: ....................................................................................................................</w:t>
      </w:r>
    </w:p>
    <w:p>
      <w:pPr>
        <w:pStyle w:val="Normal"/>
        <w:spacing w:before="0" w:after="0"/>
        <w:rPr/>
      </w:pPr>
      <w:r>
        <w:rPr>
          <w:b/>
        </w:rPr>
        <w:t>4. IMOBILUL</w:t>
      </w:r>
    </w:p>
    <w:p>
      <w:pPr>
        <w:pStyle w:val="Normal"/>
        <w:spacing w:before="0" w:after="86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teren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rPr/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pPr>
        <w:pStyle w:val="Normal"/>
        <w:spacing w:before="0" w:after="0"/>
        <w:rPr/>
      </w:pPr>
      <w:r>
        <w:rPr>
          <w:b/>
        </w:rPr>
        <w:t>5. SE ANEXEAZĂ:</w:t>
      </w:r>
    </w:p>
    <w:p>
      <w:pPr>
        <w:pStyle w:val="Normal"/>
        <w:spacing w:before="0" w:after="0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documentația cadastrală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plan cu o propunere de comasare/dezmembrare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extras de carte funciară actualizat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plan de încadrare în zonă în sistem Stereo 70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împuternicirea, dacă este cazul</w:t>
      </w:r>
    </w:p>
    <w:p>
      <w:pPr>
        <w:pStyle w:val="Normal"/>
        <w:spacing w:before="0" w:after="0"/>
        <w:rPr/>
      </w:pPr>
      <w:r>
        <w:rPr>
          <w:b/>
        </w:rPr>
        <w:t>6. COMUNICAREA RĂSPUNSULUI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în format scris, prin poștă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format digital, la adresa de e-mail indicată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ridicare de la sediul autorității</w:t>
      </w:r>
    </w:p>
    <w:p>
      <w:pPr>
        <w:pStyle w:val="Normal"/>
        <w:spacing w:before="0" w:after="0"/>
        <w:rPr/>
      </w:pPr>
      <w:r>
        <w:rPr>
          <w:b/>
        </w:rPr>
        <w:t>7.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Solicitantul: ........................................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sectPr>
      <w:type w:val="nextPage"/>
      <w:pgSz w:w="12240" w:h="15840"/>
      <w:pgMar w:left="648" w:right="648" w:gutter="0" w:header="0" w:top="576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LibreOffice/26.2.5.2$Windows_X86_64 LibreOffice_project/cd7284b4cbbfeb507e630c1aac019f4157393acb</Application>
  <AppVersion>15.0000</AppVersion>
  <Pages>1</Pages>
  <Words>302</Words>
  <Characters>2666</Characters>
  <CharactersWithSpaces>3006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2026-09-01T11:11:41Z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